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279B7" w14:textId="474DE3BC" w:rsidR="009A1A11" w:rsidRPr="000675B6" w:rsidRDefault="00FB2EFE" w:rsidP="000675B6">
      <w:pPr>
        <w:pStyle w:val="Tytu"/>
        <w:jc w:val="center"/>
        <w:rPr>
          <w:rFonts w:ascii="Verdana" w:hAnsi="Verdana"/>
          <w:sz w:val="20"/>
          <w:szCs w:val="20"/>
          <w:lang w:val="pl-PL"/>
        </w:rPr>
      </w:pPr>
      <w:r w:rsidRPr="000675B6">
        <w:rPr>
          <w:rFonts w:ascii="Verdana" w:hAnsi="Verdana"/>
          <w:b/>
          <w:sz w:val="20"/>
          <w:szCs w:val="20"/>
          <w:lang w:val="pl-PL"/>
        </w:rPr>
        <w:t>BŁĘKITNA SZKOŁA W HELU</w:t>
      </w:r>
      <w:r w:rsidRPr="000675B6">
        <w:rPr>
          <w:rFonts w:ascii="Verdana" w:hAnsi="Verdana"/>
          <w:b/>
          <w:sz w:val="20"/>
          <w:szCs w:val="20"/>
          <w:lang w:val="pl-PL"/>
        </w:rPr>
        <w:br/>
        <w:t>KARTA ZGŁOSZENIA NA ZAJĘCIA</w:t>
      </w:r>
    </w:p>
    <w:p w14:paraId="71B4643A" w14:textId="77777777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i/>
          <w:sz w:val="18"/>
          <w:szCs w:val="18"/>
          <w:lang w:val="pl-PL"/>
        </w:rPr>
        <w:t>Formularz zgłoszeniowy</w:t>
      </w:r>
    </w:p>
    <w:p w14:paraId="307603ED" w14:textId="77777777" w:rsidR="009A1A11" w:rsidRPr="000675B6" w:rsidRDefault="00000000" w:rsidP="000675B6">
      <w:pPr>
        <w:pStyle w:val="Nagwek1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1. DANE SZKOŁY / PLACÓWKI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60"/>
        <w:gridCol w:w="6502"/>
      </w:tblGrid>
      <w:tr w:rsidR="009A1A11" w:rsidRPr="000675B6" w14:paraId="5034CC35" w14:textId="77777777">
        <w:trPr>
          <w:jc w:val="center"/>
        </w:trPr>
        <w:tc>
          <w:tcPr>
            <w:tcW w:w="4986" w:type="dxa"/>
            <w:vAlign w:val="center"/>
          </w:tcPr>
          <w:p w14:paraId="3A816281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Nazwa szkoły / placówki</w:t>
            </w:r>
          </w:p>
        </w:tc>
        <w:tc>
          <w:tcPr>
            <w:tcW w:w="4986" w:type="dxa"/>
            <w:vAlign w:val="center"/>
          </w:tcPr>
          <w:p w14:paraId="10ACCCAD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71F12C34" w14:textId="77777777">
        <w:trPr>
          <w:jc w:val="center"/>
        </w:trPr>
        <w:tc>
          <w:tcPr>
            <w:tcW w:w="4986" w:type="dxa"/>
            <w:vAlign w:val="center"/>
          </w:tcPr>
          <w:p w14:paraId="148AF269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Adres</w:t>
            </w:r>
          </w:p>
        </w:tc>
        <w:tc>
          <w:tcPr>
            <w:tcW w:w="4986" w:type="dxa"/>
            <w:vAlign w:val="center"/>
          </w:tcPr>
          <w:p w14:paraId="318261DD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424DDCF7" w14:textId="77777777">
        <w:trPr>
          <w:jc w:val="center"/>
        </w:trPr>
        <w:tc>
          <w:tcPr>
            <w:tcW w:w="4986" w:type="dxa"/>
            <w:vAlign w:val="center"/>
          </w:tcPr>
          <w:p w14:paraId="4C39CDB0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Województwo</w:t>
            </w:r>
          </w:p>
        </w:tc>
        <w:tc>
          <w:tcPr>
            <w:tcW w:w="4986" w:type="dxa"/>
            <w:vAlign w:val="center"/>
          </w:tcPr>
          <w:p w14:paraId="6094AA15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3126BD5C" w14:textId="77777777">
        <w:trPr>
          <w:jc w:val="center"/>
        </w:trPr>
        <w:tc>
          <w:tcPr>
            <w:tcW w:w="4986" w:type="dxa"/>
            <w:vAlign w:val="center"/>
          </w:tcPr>
          <w:p w14:paraId="4022DACE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Telefon / e-mail szkoły</w:t>
            </w:r>
          </w:p>
        </w:tc>
        <w:tc>
          <w:tcPr>
            <w:tcW w:w="4986" w:type="dxa"/>
            <w:vAlign w:val="center"/>
          </w:tcPr>
          <w:p w14:paraId="1430D9F8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68B3E5A6" w14:textId="77777777">
        <w:trPr>
          <w:jc w:val="center"/>
        </w:trPr>
        <w:tc>
          <w:tcPr>
            <w:tcW w:w="4986" w:type="dxa"/>
            <w:vAlign w:val="center"/>
          </w:tcPr>
          <w:p w14:paraId="363B4A17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Osoba reprezentująca szkołę / placówkę</w:t>
            </w:r>
          </w:p>
        </w:tc>
        <w:tc>
          <w:tcPr>
            <w:tcW w:w="4986" w:type="dxa"/>
            <w:vAlign w:val="center"/>
          </w:tcPr>
          <w:p w14:paraId="1B961BC4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</w:tbl>
    <w:p w14:paraId="587DFB07" w14:textId="77777777" w:rsidR="009A1A11" w:rsidRPr="000675B6" w:rsidRDefault="00000000" w:rsidP="000675B6">
      <w:pPr>
        <w:pStyle w:val="Nagwek1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2. INFORMACJE O ZAJĘCIACH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60"/>
        <w:gridCol w:w="6502"/>
      </w:tblGrid>
      <w:tr w:rsidR="009A1A11" w:rsidRPr="000675B6" w14:paraId="37092663" w14:textId="77777777">
        <w:tc>
          <w:tcPr>
            <w:tcW w:w="4986" w:type="dxa"/>
          </w:tcPr>
          <w:p w14:paraId="741420B1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Termin zajęć</w:t>
            </w:r>
          </w:p>
        </w:tc>
        <w:tc>
          <w:tcPr>
            <w:tcW w:w="4986" w:type="dxa"/>
          </w:tcPr>
          <w:p w14:paraId="43372EBF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Od: ....................................  do: ....................................</w:t>
            </w:r>
          </w:p>
        </w:tc>
      </w:tr>
      <w:tr w:rsidR="009A1A11" w:rsidRPr="000675B6" w14:paraId="35E17FE2" w14:textId="77777777">
        <w:tc>
          <w:tcPr>
            <w:tcW w:w="4986" w:type="dxa"/>
          </w:tcPr>
          <w:p w14:paraId="75126500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Godzina rozpoczęcia zajęć</w:t>
            </w:r>
          </w:p>
        </w:tc>
        <w:tc>
          <w:tcPr>
            <w:tcW w:w="4986" w:type="dxa"/>
          </w:tcPr>
          <w:p w14:paraId="5DB9A450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</w:t>
            </w:r>
          </w:p>
        </w:tc>
      </w:tr>
      <w:tr w:rsidR="009A1A11" w:rsidRPr="00DC5085" w14:paraId="0AF582E4" w14:textId="77777777">
        <w:tc>
          <w:tcPr>
            <w:tcW w:w="4986" w:type="dxa"/>
          </w:tcPr>
          <w:p w14:paraId="26F3CD61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Rodzaj zajęć</w:t>
            </w:r>
          </w:p>
        </w:tc>
        <w:tc>
          <w:tcPr>
            <w:tcW w:w="4986" w:type="dxa"/>
          </w:tcPr>
          <w:p w14:paraId="71506343" w14:textId="6475031D" w:rsidR="006E3BA7" w:rsidRPr="006E3BA7" w:rsidRDefault="00000000" w:rsidP="006E3BA7">
            <w:pPr>
              <w:pStyle w:val="Listapunktowana"/>
              <w:numPr>
                <w:ilvl w:val="0"/>
                <w:numId w:val="0"/>
              </w:numPr>
              <w:spacing w:after="200" w:line="276" w:lineRule="auto"/>
              <w:ind w:left="360" w:hanging="360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6E3BA7" w:rsidRPr="006E3BA7">
              <w:rPr>
                <w:rFonts w:ascii="Verdana" w:hAnsi="Verdana"/>
                <w:sz w:val="18"/>
                <w:szCs w:val="18"/>
                <w:lang w:val="pl-PL"/>
              </w:rPr>
              <w:t>Pojedynczy warsztat (1,5h plus wejście do fokarium)</w:t>
            </w:r>
          </w:p>
          <w:p w14:paraId="0CAE29D0" w14:textId="67CE1AF2" w:rsidR="000675B6" w:rsidRDefault="000675B6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6E3BA7" w:rsidRPr="006E3BA7">
              <w:rPr>
                <w:rFonts w:ascii="Verdana" w:hAnsi="Verdana"/>
                <w:sz w:val="18"/>
                <w:szCs w:val="18"/>
                <w:lang w:val="pl-PL"/>
              </w:rPr>
              <w:t>Całodzienne zajęcia (9:30 – 13:30 plus wejście do fokarium)</w:t>
            </w:r>
          </w:p>
          <w:p w14:paraId="59A3AAA2" w14:textId="77777777" w:rsidR="006E3BA7" w:rsidRPr="000675B6" w:rsidRDefault="006E3BA7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1D1005D3" w14:textId="7895D972" w:rsid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6E3BA7" w:rsidRPr="006E3BA7">
              <w:rPr>
                <w:rFonts w:ascii="Verdana" w:hAnsi="Verdana"/>
                <w:sz w:val="18"/>
                <w:szCs w:val="18"/>
                <w:lang w:val="pl-PL"/>
              </w:rPr>
              <w:t>Warsztaty dwudniowe z wejściem do fokarium</w:t>
            </w:r>
          </w:p>
          <w:p w14:paraId="20BF1026" w14:textId="77777777" w:rsidR="006E3BA7" w:rsidRPr="000675B6" w:rsidRDefault="006E3BA7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1DB1E61B" w14:textId="77777777" w:rsidR="009A1A11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6E3BA7" w:rsidRPr="006E3BA7">
              <w:rPr>
                <w:rFonts w:ascii="Verdana" w:hAnsi="Verdana"/>
                <w:sz w:val="18"/>
                <w:szCs w:val="18"/>
                <w:lang w:val="pl-PL"/>
              </w:rPr>
              <w:t>Warsztat z rejsem edukacyjnym po Zatoce</w:t>
            </w:r>
          </w:p>
          <w:p w14:paraId="721AD8A1" w14:textId="728A5B7C" w:rsidR="006E3BA7" w:rsidRPr="000675B6" w:rsidRDefault="006E3BA7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A1A11" w:rsidRPr="000675B6" w14:paraId="5267540D" w14:textId="77777777">
        <w:tc>
          <w:tcPr>
            <w:tcW w:w="4986" w:type="dxa"/>
          </w:tcPr>
          <w:p w14:paraId="07AB159C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Temat / wybrany program zajęć</w:t>
            </w:r>
          </w:p>
        </w:tc>
        <w:tc>
          <w:tcPr>
            <w:tcW w:w="4986" w:type="dxa"/>
          </w:tcPr>
          <w:p w14:paraId="4968BEAA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413D5495" w14:textId="77777777">
        <w:tc>
          <w:tcPr>
            <w:tcW w:w="4986" w:type="dxa"/>
          </w:tcPr>
          <w:p w14:paraId="61105DD3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Liczba uczniów</w:t>
            </w:r>
          </w:p>
        </w:tc>
        <w:tc>
          <w:tcPr>
            <w:tcW w:w="4986" w:type="dxa"/>
          </w:tcPr>
          <w:p w14:paraId="4BEC3F18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</w:t>
            </w:r>
          </w:p>
        </w:tc>
      </w:tr>
      <w:tr w:rsidR="009A1A11" w:rsidRPr="000675B6" w14:paraId="15348CC3" w14:textId="77777777">
        <w:tc>
          <w:tcPr>
            <w:tcW w:w="4986" w:type="dxa"/>
          </w:tcPr>
          <w:p w14:paraId="68E2C24D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Liczba opiekunów</w:t>
            </w:r>
          </w:p>
        </w:tc>
        <w:tc>
          <w:tcPr>
            <w:tcW w:w="4986" w:type="dxa"/>
          </w:tcPr>
          <w:p w14:paraId="5E44EC92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</w:t>
            </w:r>
          </w:p>
        </w:tc>
      </w:tr>
    </w:tbl>
    <w:p w14:paraId="1C08C1A6" w14:textId="77777777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Wiek uczniów / klasa: ................................................................................................</w:t>
      </w:r>
    </w:p>
    <w:p w14:paraId="16F9C89C" w14:textId="77777777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Informacje istotne dla organizacji lub bezpiecznego przeprowadzenia zajęć (np. szczególne potrzeby uczestników):</w:t>
      </w:r>
    </w:p>
    <w:p w14:paraId="0791D135" w14:textId="77777777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........................................................................................................................................</w:t>
      </w:r>
    </w:p>
    <w:p w14:paraId="08CD8FFD" w14:textId="77777777" w:rsidR="009A1A11" w:rsidRPr="000675B6" w:rsidRDefault="00000000" w:rsidP="000675B6">
      <w:pPr>
        <w:pStyle w:val="Nagwek1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3. OSOBA ODPOWIEDZIALNA ZA GRUPĘ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60"/>
        <w:gridCol w:w="6502"/>
      </w:tblGrid>
      <w:tr w:rsidR="009A1A11" w:rsidRPr="000675B6" w14:paraId="67925D4E" w14:textId="77777777">
        <w:tc>
          <w:tcPr>
            <w:tcW w:w="4986" w:type="dxa"/>
          </w:tcPr>
          <w:p w14:paraId="5119A152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Imię i nazwisko nauczyciela / opiekuna</w:t>
            </w:r>
          </w:p>
        </w:tc>
        <w:tc>
          <w:tcPr>
            <w:tcW w:w="4986" w:type="dxa"/>
          </w:tcPr>
          <w:p w14:paraId="5F4EA810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3FCEA49D" w14:textId="77777777">
        <w:tc>
          <w:tcPr>
            <w:tcW w:w="4986" w:type="dxa"/>
          </w:tcPr>
          <w:p w14:paraId="75125DF6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Telefon kontaktowy w dniu zajęć</w:t>
            </w:r>
          </w:p>
        </w:tc>
        <w:tc>
          <w:tcPr>
            <w:tcW w:w="4986" w:type="dxa"/>
          </w:tcPr>
          <w:p w14:paraId="5CABA465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6A1C44AC" w14:textId="77777777">
        <w:tc>
          <w:tcPr>
            <w:tcW w:w="4986" w:type="dxa"/>
          </w:tcPr>
          <w:p w14:paraId="758DE06A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Adres e-mail</w:t>
            </w:r>
          </w:p>
        </w:tc>
        <w:tc>
          <w:tcPr>
            <w:tcW w:w="4986" w:type="dxa"/>
          </w:tcPr>
          <w:p w14:paraId="5EE74A5A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101B1F21" w14:textId="77777777">
        <w:tc>
          <w:tcPr>
            <w:tcW w:w="4986" w:type="dxa"/>
          </w:tcPr>
          <w:p w14:paraId="59835C7D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Liczba opiekunów pozostających z grupą</w:t>
            </w:r>
          </w:p>
        </w:tc>
        <w:tc>
          <w:tcPr>
            <w:tcW w:w="4986" w:type="dxa"/>
          </w:tcPr>
          <w:p w14:paraId="1F8017BB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</w:tbl>
    <w:p w14:paraId="7B85DF52" w14:textId="77777777" w:rsidR="009A1A11" w:rsidRPr="000675B6" w:rsidRDefault="00000000" w:rsidP="000675B6">
      <w:pPr>
        <w:pStyle w:val="Nagwek1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4. PŁATNOŚĆ I FAKTURA</w:t>
      </w:r>
    </w:p>
    <w:p w14:paraId="59D53EAE" w14:textId="5ED1E82F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 xml:space="preserve">Sposób </w:t>
      </w:r>
      <w:r w:rsidR="000675B6" w:rsidRPr="000675B6">
        <w:rPr>
          <w:rFonts w:ascii="Verdana" w:hAnsi="Verdana"/>
          <w:sz w:val="18"/>
          <w:szCs w:val="18"/>
          <w:lang w:val="pl-PL"/>
        </w:rPr>
        <w:t xml:space="preserve">płatności: </w:t>
      </w:r>
      <w:r w:rsidR="000675B6" w:rsidRPr="000675B6">
        <w:rPr>
          <w:rFonts w:ascii="Segoe UI Symbol" w:hAnsi="Segoe UI Symbol" w:cs="Segoe UI Symbol"/>
          <w:sz w:val="18"/>
          <w:szCs w:val="18"/>
          <w:lang w:val="pl-PL"/>
        </w:rPr>
        <w:t>☐</w:t>
      </w:r>
      <w:r w:rsidRPr="000675B6">
        <w:rPr>
          <w:rFonts w:ascii="Verdana" w:hAnsi="Verdana"/>
          <w:sz w:val="18"/>
          <w:szCs w:val="18"/>
          <w:lang w:val="pl-PL"/>
        </w:rPr>
        <w:t xml:space="preserve"> przelew</w:t>
      </w:r>
    </w:p>
    <w:p w14:paraId="64D276A5" w14:textId="2B54A48C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 xml:space="preserve">Dokument </w:t>
      </w:r>
      <w:r w:rsidR="000675B6" w:rsidRPr="000675B6">
        <w:rPr>
          <w:rFonts w:ascii="Verdana" w:hAnsi="Verdana"/>
          <w:sz w:val="18"/>
          <w:szCs w:val="18"/>
          <w:lang w:val="pl-PL"/>
        </w:rPr>
        <w:t xml:space="preserve">sprzedaży: </w:t>
      </w:r>
      <w:r w:rsidR="000675B6" w:rsidRPr="000675B6">
        <w:rPr>
          <w:rFonts w:ascii="Segoe UI Symbol" w:hAnsi="Segoe UI Symbol" w:cs="Segoe UI Symbol"/>
          <w:sz w:val="18"/>
          <w:szCs w:val="18"/>
          <w:lang w:val="pl-PL"/>
        </w:rPr>
        <w:t>☐</w:t>
      </w:r>
      <w:r w:rsidRPr="000675B6">
        <w:rPr>
          <w:rFonts w:ascii="Verdana" w:hAnsi="Verdana"/>
          <w:sz w:val="18"/>
          <w:szCs w:val="18"/>
          <w:lang w:val="pl-PL"/>
        </w:rPr>
        <w:t xml:space="preserve"> faktura </w:t>
      </w:r>
      <w:r w:rsidRPr="000675B6">
        <w:rPr>
          <w:rFonts w:ascii="Verdana" w:hAnsi="Verdana" w:cs="Verdana"/>
          <w:sz w:val="18"/>
          <w:szCs w:val="18"/>
          <w:lang w:val="pl-PL"/>
        </w:rPr>
        <w:t>–</w:t>
      </w:r>
      <w:r w:rsidRPr="000675B6">
        <w:rPr>
          <w:rFonts w:ascii="Verdana" w:hAnsi="Verdana"/>
          <w:sz w:val="18"/>
          <w:szCs w:val="18"/>
          <w:lang w:val="pl-PL"/>
        </w:rPr>
        <w:t xml:space="preserve"> firma / </w:t>
      </w:r>
      <w:r w:rsidR="000675B6" w:rsidRPr="000675B6">
        <w:rPr>
          <w:rFonts w:ascii="Verdana" w:hAnsi="Verdana"/>
          <w:sz w:val="18"/>
          <w:szCs w:val="18"/>
          <w:lang w:val="pl-PL"/>
        </w:rPr>
        <w:t xml:space="preserve">jednostka </w:t>
      </w:r>
      <w:r w:rsidR="000675B6" w:rsidRPr="000675B6">
        <w:rPr>
          <w:rFonts w:ascii="Segoe UI Symbol" w:hAnsi="Segoe UI Symbol" w:cs="Segoe UI Symbol"/>
          <w:sz w:val="18"/>
          <w:szCs w:val="18"/>
          <w:lang w:val="pl-PL"/>
        </w:rPr>
        <w:t>☐</w:t>
      </w:r>
      <w:r w:rsidRPr="000675B6">
        <w:rPr>
          <w:rFonts w:ascii="Verdana" w:hAnsi="Verdana"/>
          <w:sz w:val="18"/>
          <w:szCs w:val="18"/>
          <w:lang w:val="pl-PL"/>
        </w:rPr>
        <w:t xml:space="preserve"> faktura </w:t>
      </w:r>
      <w:r w:rsidRPr="000675B6">
        <w:rPr>
          <w:rFonts w:ascii="Verdana" w:hAnsi="Verdana" w:cs="Verdana"/>
          <w:sz w:val="18"/>
          <w:szCs w:val="18"/>
          <w:lang w:val="pl-PL"/>
        </w:rPr>
        <w:t>–</w:t>
      </w:r>
      <w:r w:rsidRPr="000675B6">
        <w:rPr>
          <w:rFonts w:ascii="Verdana" w:hAnsi="Verdana"/>
          <w:sz w:val="18"/>
          <w:szCs w:val="18"/>
          <w:lang w:val="pl-PL"/>
        </w:rPr>
        <w:t xml:space="preserve"> osoba fizyczna</w:t>
      </w:r>
    </w:p>
    <w:p w14:paraId="791E852F" w14:textId="77777777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Dane do faktury: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60"/>
        <w:gridCol w:w="6502"/>
      </w:tblGrid>
      <w:tr w:rsidR="009A1A11" w:rsidRPr="000675B6" w14:paraId="7AB9B8E4" w14:textId="77777777">
        <w:tc>
          <w:tcPr>
            <w:tcW w:w="4986" w:type="dxa"/>
          </w:tcPr>
          <w:p w14:paraId="22E855D6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Nazwa / imię i nazwisko nabywcy</w:t>
            </w:r>
          </w:p>
        </w:tc>
        <w:tc>
          <w:tcPr>
            <w:tcW w:w="4986" w:type="dxa"/>
          </w:tcPr>
          <w:p w14:paraId="4631ACA9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45C8C405" w14:textId="77777777">
        <w:tc>
          <w:tcPr>
            <w:tcW w:w="4986" w:type="dxa"/>
          </w:tcPr>
          <w:p w14:paraId="41F6F971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Adres</w:t>
            </w:r>
          </w:p>
        </w:tc>
        <w:tc>
          <w:tcPr>
            <w:tcW w:w="4986" w:type="dxa"/>
          </w:tcPr>
          <w:p w14:paraId="3ACC2C35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403306C1" w14:textId="77777777">
        <w:tc>
          <w:tcPr>
            <w:tcW w:w="4986" w:type="dxa"/>
          </w:tcPr>
          <w:p w14:paraId="4214DAB1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NIP (jeżeli dotyczy)</w:t>
            </w:r>
          </w:p>
        </w:tc>
        <w:tc>
          <w:tcPr>
            <w:tcW w:w="4986" w:type="dxa"/>
          </w:tcPr>
          <w:p w14:paraId="3516A134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77573341" w14:textId="77777777">
        <w:tc>
          <w:tcPr>
            <w:tcW w:w="4986" w:type="dxa"/>
          </w:tcPr>
          <w:p w14:paraId="0097032B" w14:textId="300F6323" w:rsidR="009A1A11" w:rsidRPr="000675B6" w:rsidRDefault="00FB2EFE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e-mail do w</w:t>
            </w:r>
            <w:r w:rsidRPr="00FB2EFE">
              <w:rPr>
                <w:rFonts w:ascii="Verdana" w:hAnsi="Verdana"/>
                <w:sz w:val="18"/>
                <w:szCs w:val="18"/>
                <w:lang w:val="pl-PL"/>
              </w:rPr>
              <w:t>izualizacji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faktury wystawionej </w:t>
            </w:r>
            <w:r w:rsidRPr="00FB2EFE">
              <w:rPr>
                <w:rFonts w:ascii="Verdana" w:hAnsi="Verdana"/>
                <w:sz w:val="18"/>
                <w:szCs w:val="18"/>
                <w:lang w:val="pl-PL"/>
              </w:rPr>
              <w:t xml:space="preserve">w KSEF. </w:t>
            </w:r>
          </w:p>
        </w:tc>
        <w:tc>
          <w:tcPr>
            <w:tcW w:w="4986" w:type="dxa"/>
          </w:tcPr>
          <w:p w14:paraId="13A4A0F4" w14:textId="77777777" w:rsidR="00FB2EFE" w:rsidRDefault="00FB2EFE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3C612F0F" w14:textId="595B0390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</w:tbl>
    <w:p w14:paraId="737B3904" w14:textId="22A9FC7E" w:rsidR="009A1A11" w:rsidRPr="000675B6" w:rsidRDefault="00000000" w:rsidP="000675B6">
      <w:pPr>
        <w:jc w:val="both"/>
        <w:rPr>
          <w:rFonts w:ascii="Verdana" w:hAnsi="Verdana"/>
          <w:sz w:val="18"/>
          <w:szCs w:val="18"/>
          <w:u w:val="single"/>
          <w:lang w:val="pl-PL"/>
        </w:rPr>
      </w:pPr>
      <w:r w:rsidRPr="000675B6">
        <w:rPr>
          <w:rFonts w:ascii="Verdana" w:hAnsi="Verdana"/>
          <w:sz w:val="18"/>
          <w:szCs w:val="18"/>
          <w:u w:val="single"/>
          <w:lang w:val="pl-PL"/>
        </w:rPr>
        <w:lastRenderedPageBreak/>
        <w:t>Aktualny cennik Błękitnej Szkoły:</w:t>
      </w:r>
    </w:p>
    <w:p w14:paraId="5E555D69" w14:textId="77777777" w:rsidR="006E3BA7" w:rsidRPr="006E3BA7" w:rsidRDefault="006E3BA7" w:rsidP="006E3BA7">
      <w:pPr>
        <w:pStyle w:val="Listapunktowana"/>
        <w:rPr>
          <w:rFonts w:ascii="Verdana" w:hAnsi="Verdana"/>
          <w:sz w:val="18"/>
          <w:szCs w:val="18"/>
          <w:lang w:val="pl-PL"/>
        </w:rPr>
      </w:pPr>
      <w:r w:rsidRPr="006E3BA7">
        <w:rPr>
          <w:rFonts w:ascii="Verdana" w:hAnsi="Verdana"/>
          <w:sz w:val="18"/>
          <w:szCs w:val="18"/>
          <w:lang w:val="pl-PL"/>
        </w:rPr>
        <w:t>Pojedynczy warsztat (1,5h plus wejście do fokarium): 20 zł/osobę.</w:t>
      </w:r>
    </w:p>
    <w:p w14:paraId="0BED6EA6" w14:textId="77777777" w:rsidR="006E3BA7" w:rsidRPr="006E3BA7" w:rsidRDefault="006E3BA7" w:rsidP="006E3BA7">
      <w:pPr>
        <w:pStyle w:val="Listapunktowana"/>
        <w:rPr>
          <w:rFonts w:ascii="Verdana" w:hAnsi="Verdana"/>
          <w:sz w:val="18"/>
          <w:szCs w:val="18"/>
          <w:lang w:val="pl-PL"/>
        </w:rPr>
      </w:pPr>
      <w:r w:rsidRPr="006E3BA7">
        <w:rPr>
          <w:rFonts w:ascii="Verdana" w:hAnsi="Verdana"/>
          <w:sz w:val="18"/>
          <w:szCs w:val="18"/>
          <w:lang w:val="pl-PL"/>
        </w:rPr>
        <w:t>Całodzienne zajęcia (9:30 – 13:30 plus wejście do fokarium): 30 zł/osobę;</w:t>
      </w:r>
    </w:p>
    <w:p w14:paraId="2EBA8031" w14:textId="77777777" w:rsidR="006E3BA7" w:rsidRPr="006E3BA7" w:rsidRDefault="006E3BA7" w:rsidP="006E3BA7">
      <w:pPr>
        <w:pStyle w:val="Listapunktowana"/>
        <w:rPr>
          <w:rFonts w:ascii="Verdana" w:hAnsi="Verdana"/>
          <w:sz w:val="18"/>
          <w:szCs w:val="18"/>
          <w:lang w:val="pl-PL"/>
        </w:rPr>
      </w:pPr>
      <w:r w:rsidRPr="006E3BA7">
        <w:rPr>
          <w:rFonts w:ascii="Verdana" w:hAnsi="Verdana"/>
          <w:sz w:val="18"/>
          <w:szCs w:val="18"/>
          <w:lang w:val="pl-PL"/>
        </w:rPr>
        <w:t>Warsztaty dwudniowe z wejściem do fokarium: 50 zł/osobę;</w:t>
      </w:r>
    </w:p>
    <w:p w14:paraId="43D49FE2" w14:textId="77777777" w:rsidR="006E3BA7" w:rsidRPr="006E3BA7" w:rsidRDefault="006E3BA7" w:rsidP="006E3BA7">
      <w:pPr>
        <w:pStyle w:val="Listapunktowana"/>
        <w:rPr>
          <w:rFonts w:ascii="Verdana" w:hAnsi="Verdana"/>
          <w:sz w:val="18"/>
          <w:szCs w:val="18"/>
          <w:lang w:val="pl-PL"/>
        </w:rPr>
      </w:pPr>
      <w:r w:rsidRPr="006E3BA7">
        <w:rPr>
          <w:rFonts w:ascii="Verdana" w:hAnsi="Verdana"/>
          <w:sz w:val="18"/>
          <w:szCs w:val="18"/>
          <w:lang w:val="pl-PL"/>
        </w:rPr>
        <w:t>Warsztat z rejsem edukacyjnym po Zatoce: 1000 zł/grupę (grupa min. 20 max 30 osób).</w:t>
      </w:r>
    </w:p>
    <w:p w14:paraId="79F91A4D" w14:textId="3693AF3B" w:rsidR="009A1A11" w:rsidRPr="000675B6" w:rsidRDefault="00000000" w:rsidP="000675B6">
      <w:pPr>
        <w:pStyle w:val="Listapunktowana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Opiekunowie grup: bezpłatnie</w:t>
      </w:r>
      <w:r w:rsidR="000675B6">
        <w:rPr>
          <w:rFonts w:ascii="Verdana" w:hAnsi="Verdana"/>
          <w:sz w:val="18"/>
          <w:szCs w:val="18"/>
          <w:lang w:val="pl-PL"/>
        </w:rPr>
        <w:t>.</w:t>
      </w:r>
    </w:p>
    <w:p w14:paraId="6472EF5C" w14:textId="77777777" w:rsidR="009A1A11" w:rsidRPr="000675B6" w:rsidRDefault="00000000" w:rsidP="000675B6">
      <w:pPr>
        <w:pStyle w:val="Nagwek1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5. OŚWIADCZENIA ZGŁASZAJĄCEGO</w:t>
      </w:r>
    </w:p>
    <w:p w14:paraId="28559223" w14:textId="4C9E4503" w:rsidR="009A1A11" w:rsidRPr="000675B6" w:rsidRDefault="00000000" w:rsidP="000675B6">
      <w:pPr>
        <w:pStyle w:val="Akapitzlist"/>
        <w:numPr>
          <w:ilvl w:val="0"/>
          <w:numId w:val="12"/>
        </w:numPr>
        <w:ind w:left="284" w:hanging="284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Oświadczam, że zapoznałem/am się z Regulaminem Błękitnej Szkoły Stacjonarnej i akceptuję jego postanowienia.</w:t>
      </w:r>
    </w:p>
    <w:p w14:paraId="75D409E6" w14:textId="005A079F" w:rsidR="009A1A11" w:rsidRPr="000675B6" w:rsidRDefault="00000000" w:rsidP="000675B6">
      <w:pPr>
        <w:pStyle w:val="Akapitzlist"/>
        <w:numPr>
          <w:ilvl w:val="0"/>
          <w:numId w:val="12"/>
        </w:numPr>
        <w:ind w:left="284" w:hanging="284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Oświadczam, że przekazałem/am osobom sprawującym opiekę nad grupą informacje o zasadach bezpieczeństwa obowiązujących podczas zajęć oraz zobowiązuję je do ich przestrzegania.</w:t>
      </w:r>
    </w:p>
    <w:p w14:paraId="628CBDCE" w14:textId="3C20E706" w:rsidR="009A1A11" w:rsidRPr="000675B6" w:rsidRDefault="00000000" w:rsidP="000675B6">
      <w:pPr>
        <w:pStyle w:val="Akapitzlist"/>
        <w:numPr>
          <w:ilvl w:val="0"/>
          <w:numId w:val="12"/>
        </w:numPr>
        <w:ind w:left="284" w:hanging="284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Przyjmuję do wiadomości, że nauczyciele i opiekunowie grupy sprawują opiekę nad uczestnikami podczas pobytu w Błękitnej Szkole, a uczestnicy są zobowiązani do przestrzegania poleceń prowadzących.</w:t>
      </w:r>
    </w:p>
    <w:p w14:paraId="4C5A6E6A" w14:textId="2898E685" w:rsidR="009A1A11" w:rsidRPr="000675B6" w:rsidRDefault="00000000" w:rsidP="000675B6">
      <w:pPr>
        <w:pStyle w:val="Akapitzlist"/>
        <w:numPr>
          <w:ilvl w:val="0"/>
          <w:numId w:val="12"/>
        </w:numPr>
        <w:ind w:left="284" w:hanging="284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Potwierdzam, że dane dotyczące liczby uczestników i opiekunów podane w formularzu są zgodne ze stanem planowanym na dzień zajęć.</w:t>
      </w:r>
    </w:p>
    <w:p w14:paraId="444AA589" w14:textId="7086A8BF" w:rsidR="009A1A11" w:rsidRPr="000675B6" w:rsidRDefault="00000000" w:rsidP="000675B6">
      <w:pPr>
        <w:pStyle w:val="Akapitzlist"/>
        <w:numPr>
          <w:ilvl w:val="0"/>
          <w:numId w:val="12"/>
        </w:numPr>
        <w:ind w:left="284" w:hanging="284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Zobowiązuję się do niezwłocznego poinformowania Błękitnej Szkoły o zmianie liczby uczestników lub innych okolicznościach mogących mieć wpływ na organizację i bezpieczeństwo zajęć.</w:t>
      </w:r>
    </w:p>
    <w:p w14:paraId="7EBD481D" w14:textId="38BA566F" w:rsidR="009A1A11" w:rsidRPr="000675B6" w:rsidRDefault="00000000" w:rsidP="000675B6">
      <w:pPr>
        <w:pStyle w:val="Akapitzlist"/>
        <w:numPr>
          <w:ilvl w:val="0"/>
          <w:numId w:val="12"/>
        </w:numPr>
        <w:ind w:left="284" w:hanging="284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Przyjmuję do wiadomości zasady dotyczące odwołania rezerwacji, kosztów przygotowania zajęć oraz spóźnienia grupy określone w Regulaminie.</w:t>
      </w:r>
    </w:p>
    <w:p w14:paraId="3E848E73" w14:textId="7B0F306C" w:rsidR="009A1A11" w:rsidRPr="000675B6" w:rsidRDefault="00000000" w:rsidP="000675B6">
      <w:pPr>
        <w:pStyle w:val="Akapitzlist"/>
        <w:numPr>
          <w:ilvl w:val="0"/>
          <w:numId w:val="12"/>
        </w:numPr>
        <w:ind w:left="284" w:hanging="284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Zobowiązuję się do poszanowania mienia Błękitnej Szkoły i Stacji Morskiej Uniwersytetu Gdańskiego oraz przyjmuję do wiadomości zasady odpowiedzialności za szkody określone w Regulaminie.</w:t>
      </w:r>
    </w:p>
    <w:p w14:paraId="51479C00" w14:textId="77777777" w:rsidR="009A1A11" w:rsidRPr="000675B6" w:rsidRDefault="00000000" w:rsidP="000675B6">
      <w:pPr>
        <w:pStyle w:val="Nagwek1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6. POTWIERDZENIE ZGŁOSZENIA</w:t>
      </w:r>
    </w:p>
    <w:p w14:paraId="43389054" w14:textId="77777777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Przesłanie podpisanej Karty Zgłoszenia stanowi potwierdzenie zgłoszenia grupy. Ostateczne potwierdzenie terminu następuje zgodnie z zasadami określonymi w Regulaminie.</w:t>
      </w:r>
    </w:p>
    <w:p w14:paraId="34F04660" w14:textId="39A5B8A4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 xml:space="preserve">Kartę należy przesłać na adres: </w:t>
      </w:r>
      <w:hyperlink r:id="rId6" w:history="1">
        <w:r w:rsidR="000675B6" w:rsidRPr="006A5F5A">
          <w:rPr>
            <w:rStyle w:val="Hipercze"/>
            <w:rFonts w:ascii="Verdana" w:hAnsi="Verdana"/>
            <w:sz w:val="18"/>
            <w:szCs w:val="18"/>
            <w:lang w:val="pl-PL"/>
          </w:rPr>
          <w:t>blekitnaszkola@ug.edu.pl</w:t>
        </w:r>
      </w:hyperlink>
      <w:r w:rsidR="000675B6">
        <w:rPr>
          <w:rFonts w:ascii="Verdana" w:hAnsi="Verdana"/>
          <w:sz w:val="18"/>
          <w:szCs w:val="18"/>
          <w:lang w:val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60"/>
        <w:gridCol w:w="6502"/>
      </w:tblGrid>
      <w:tr w:rsidR="009A1A11" w:rsidRPr="000675B6" w14:paraId="304EC1D8" w14:textId="77777777">
        <w:tc>
          <w:tcPr>
            <w:tcW w:w="4986" w:type="dxa"/>
          </w:tcPr>
          <w:p w14:paraId="00C8AD44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Miejscowość i data</w:t>
            </w:r>
          </w:p>
        </w:tc>
        <w:tc>
          <w:tcPr>
            <w:tcW w:w="4986" w:type="dxa"/>
          </w:tcPr>
          <w:p w14:paraId="2DABBBC2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30AFC57F" w14:textId="77777777">
        <w:tc>
          <w:tcPr>
            <w:tcW w:w="4986" w:type="dxa"/>
          </w:tcPr>
          <w:p w14:paraId="586F3B92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Podpis osoby zgłaszającej</w:t>
            </w:r>
          </w:p>
        </w:tc>
        <w:tc>
          <w:tcPr>
            <w:tcW w:w="4986" w:type="dxa"/>
          </w:tcPr>
          <w:p w14:paraId="3E4D25CC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263554E2" w14:textId="77777777">
        <w:tc>
          <w:tcPr>
            <w:tcW w:w="4986" w:type="dxa"/>
          </w:tcPr>
          <w:p w14:paraId="6238706D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Podpis nauczyciela / opiekuna grupy</w:t>
            </w:r>
          </w:p>
        </w:tc>
        <w:tc>
          <w:tcPr>
            <w:tcW w:w="4986" w:type="dxa"/>
          </w:tcPr>
          <w:p w14:paraId="2A3DF6E4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  <w:tr w:rsidR="009A1A11" w:rsidRPr="000675B6" w14:paraId="42651BA2" w14:textId="77777777">
        <w:tc>
          <w:tcPr>
            <w:tcW w:w="4986" w:type="dxa"/>
          </w:tcPr>
          <w:p w14:paraId="67062396" w14:textId="77777777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Pieczęć szkoły / placówki (jeżeli dotyczy)</w:t>
            </w:r>
          </w:p>
        </w:tc>
        <w:tc>
          <w:tcPr>
            <w:tcW w:w="4986" w:type="dxa"/>
          </w:tcPr>
          <w:p w14:paraId="6A96A301" w14:textId="77777777" w:rsidR="000675B6" w:rsidRDefault="000675B6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6594DC12" w14:textId="77777777" w:rsidR="000675B6" w:rsidRDefault="000675B6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E230CE4" w14:textId="77777777" w:rsidR="000675B6" w:rsidRDefault="000675B6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5FC9791B" w14:textId="77777777" w:rsidR="000675B6" w:rsidRDefault="000675B6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3086390B" w14:textId="77777777" w:rsidR="000675B6" w:rsidRDefault="000675B6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71902840" w14:textId="4F37F386" w:rsidR="009A1A11" w:rsidRPr="000675B6" w:rsidRDefault="00000000" w:rsidP="000675B6">
            <w:pPr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0675B6">
              <w:rPr>
                <w:rFonts w:ascii="Verdana" w:hAnsi="Verdana"/>
                <w:sz w:val="18"/>
                <w:szCs w:val="18"/>
                <w:lang w:val="pl-PL"/>
              </w:rPr>
              <w:t>................................................................................................</w:t>
            </w:r>
          </w:p>
        </w:tc>
      </w:tr>
    </w:tbl>
    <w:p w14:paraId="3BE1DD69" w14:textId="77777777" w:rsidR="009A1A11" w:rsidRPr="000675B6" w:rsidRDefault="00000000" w:rsidP="000675B6">
      <w:pPr>
        <w:pStyle w:val="Nagwek1"/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7. INFORMACJA O DANYCH OSOBOWYCH</w:t>
      </w:r>
    </w:p>
    <w:p w14:paraId="62F7CA87" w14:textId="77777777" w:rsidR="009A1A11" w:rsidRPr="000675B6" w:rsidRDefault="00000000" w:rsidP="000675B6">
      <w:pPr>
        <w:jc w:val="both"/>
        <w:rPr>
          <w:rFonts w:ascii="Verdana" w:hAnsi="Verdana"/>
          <w:sz w:val="18"/>
          <w:szCs w:val="18"/>
          <w:lang w:val="pl-PL"/>
        </w:rPr>
      </w:pPr>
      <w:r w:rsidRPr="000675B6">
        <w:rPr>
          <w:rFonts w:ascii="Verdana" w:hAnsi="Verdana"/>
          <w:sz w:val="18"/>
          <w:szCs w:val="18"/>
          <w:lang w:val="pl-PL"/>
        </w:rPr>
        <w:t>Dane osobowe zawarte w Karcie Zgłoszenia są przetwarzane w celu obsługi zgłoszenia, organizacji i rozliczenia udziału w zajęciach Błękitnej Szkoły oraz w zakresie wynikającym z obowiązujących przepisów prawa. Szczegółowe informacje dotyczące przetwarzania danych osobowych, w tym prawa osób, których dane dotyczą, zawiera właściwa klauzula informacyjna udostępniana przez Fundację Rozwoju Uniwersytetu Gdańskiego.</w:t>
      </w:r>
    </w:p>
    <w:p w14:paraId="57217E86" w14:textId="77777777" w:rsidR="009A1A11" w:rsidRPr="000675B6" w:rsidRDefault="009A1A11" w:rsidP="000675B6">
      <w:pPr>
        <w:jc w:val="both"/>
        <w:rPr>
          <w:rFonts w:ascii="Verdana" w:hAnsi="Verdana"/>
          <w:sz w:val="18"/>
          <w:szCs w:val="18"/>
          <w:lang w:val="pl-PL"/>
        </w:rPr>
      </w:pPr>
    </w:p>
    <w:sectPr w:rsidR="009A1A11" w:rsidRPr="000675B6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D6C122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F43DB2"/>
    <w:multiLevelType w:val="hybridMultilevel"/>
    <w:tmpl w:val="C89C8F4E"/>
    <w:lvl w:ilvl="0" w:tplc="3880CF36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0E7250DA"/>
    <w:multiLevelType w:val="hybridMultilevel"/>
    <w:tmpl w:val="E6FE2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755F"/>
    <w:multiLevelType w:val="hybridMultilevel"/>
    <w:tmpl w:val="F7B0B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1677">
    <w:abstractNumId w:val="8"/>
  </w:num>
  <w:num w:numId="2" w16cid:durableId="210845236">
    <w:abstractNumId w:val="6"/>
  </w:num>
  <w:num w:numId="3" w16cid:durableId="58014826">
    <w:abstractNumId w:val="5"/>
  </w:num>
  <w:num w:numId="4" w16cid:durableId="468128622">
    <w:abstractNumId w:val="4"/>
  </w:num>
  <w:num w:numId="5" w16cid:durableId="90664075">
    <w:abstractNumId w:val="7"/>
  </w:num>
  <w:num w:numId="6" w16cid:durableId="2013990424">
    <w:abstractNumId w:val="3"/>
  </w:num>
  <w:num w:numId="7" w16cid:durableId="684097524">
    <w:abstractNumId w:val="2"/>
  </w:num>
  <w:num w:numId="8" w16cid:durableId="1450664651">
    <w:abstractNumId w:val="1"/>
  </w:num>
  <w:num w:numId="9" w16cid:durableId="2062316814">
    <w:abstractNumId w:val="0"/>
  </w:num>
  <w:num w:numId="10" w16cid:durableId="1475025031">
    <w:abstractNumId w:val="9"/>
  </w:num>
  <w:num w:numId="11" w16cid:durableId="309867413">
    <w:abstractNumId w:val="10"/>
  </w:num>
  <w:num w:numId="12" w16cid:durableId="1633363049">
    <w:abstractNumId w:val="11"/>
  </w:num>
  <w:num w:numId="13" w16cid:durableId="12336635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5B6"/>
    <w:rsid w:val="000724EC"/>
    <w:rsid w:val="000D2E75"/>
    <w:rsid w:val="00120D25"/>
    <w:rsid w:val="0015074B"/>
    <w:rsid w:val="0029639D"/>
    <w:rsid w:val="00326F90"/>
    <w:rsid w:val="00672839"/>
    <w:rsid w:val="006D07F1"/>
    <w:rsid w:val="006E3BA7"/>
    <w:rsid w:val="00806CE7"/>
    <w:rsid w:val="009A1A11"/>
    <w:rsid w:val="00AA1D8D"/>
    <w:rsid w:val="00B47730"/>
    <w:rsid w:val="00B879C4"/>
    <w:rsid w:val="00C8502D"/>
    <w:rsid w:val="00CB0664"/>
    <w:rsid w:val="00DC5085"/>
    <w:rsid w:val="00E10B1D"/>
    <w:rsid w:val="00E76882"/>
    <w:rsid w:val="00FB2E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FB031"/>
  <w14:defaultImageDpi w14:val="300"/>
  <w15:docId w15:val="{7F707678-0CB3-4001-9EAC-FFA96CEB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0675B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75B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0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0D2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0D2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D2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lekitnaszkola@ug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Marzena Chojnacka</cp:lastModifiedBy>
  <cp:revision>5</cp:revision>
  <dcterms:created xsi:type="dcterms:W3CDTF">2026-08-21T11:01:00Z</dcterms:created>
  <dcterms:modified xsi:type="dcterms:W3CDTF">2026-08-25T15:11:00Z</dcterms:modified>
  <cp:category/>
</cp:coreProperties>
</file>