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CFA01" w14:textId="77777777" w:rsidR="00A3254F" w:rsidRPr="00F05F07" w:rsidRDefault="00000000">
      <w:pPr>
        <w:spacing w:after="200"/>
        <w:jc w:val="center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 xml:space="preserve">WNIOSEK O PRZYZNANIE GRANTU „SEMINARIUM </w:t>
      </w:r>
      <w:proofErr w:type="spellStart"/>
      <w:r w:rsidRPr="00F05F07">
        <w:rPr>
          <w:rFonts w:cs="Times New Roman"/>
          <w:b/>
          <w:sz w:val="24"/>
          <w:szCs w:val="24"/>
        </w:rPr>
        <w:t>TuuM</w:t>
      </w:r>
      <w:proofErr w:type="spellEnd"/>
      <w:r w:rsidRPr="00F05F07">
        <w:rPr>
          <w:rFonts w:cs="Times New Roman"/>
          <w:b/>
          <w:sz w:val="24"/>
          <w:szCs w:val="24"/>
        </w:rPr>
        <w:t>”</w:t>
      </w:r>
    </w:p>
    <w:p w14:paraId="10BFA506" w14:textId="77777777" w:rsidR="00A3254F" w:rsidRPr="00F05F07" w:rsidRDefault="00000000">
      <w:pPr>
        <w:spacing w:after="240"/>
        <w:jc w:val="center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rok akademicki 2026/2027</w:t>
      </w:r>
    </w:p>
    <w:p w14:paraId="232A948C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1. Nazwa przedsięwzięcia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72400C58" w14:textId="77777777">
        <w:trPr>
          <w:jc w:val="center"/>
        </w:trPr>
        <w:tc>
          <w:tcPr>
            <w:tcW w:w="9071" w:type="dxa"/>
          </w:tcPr>
          <w:p w14:paraId="33918FA2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47C82690" w14:textId="77777777">
        <w:trPr>
          <w:jc w:val="center"/>
        </w:trPr>
        <w:tc>
          <w:tcPr>
            <w:tcW w:w="9071" w:type="dxa"/>
          </w:tcPr>
          <w:p w14:paraId="1E268BA6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47C322F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2. Wnioskodawca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4D4C8F09" w14:textId="77777777">
        <w:trPr>
          <w:jc w:val="center"/>
        </w:trPr>
        <w:tc>
          <w:tcPr>
            <w:tcW w:w="9071" w:type="dxa"/>
          </w:tcPr>
          <w:p w14:paraId="0B9E270B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74C53775" w14:textId="77777777">
        <w:trPr>
          <w:jc w:val="center"/>
        </w:trPr>
        <w:tc>
          <w:tcPr>
            <w:tcW w:w="9071" w:type="dxa"/>
          </w:tcPr>
          <w:p w14:paraId="0D183566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CED868E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3. Osoba odpowiedzialna za realizację przedsięwzięcia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420F2EB4" w14:textId="77777777">
        <w:trPr>
          <w:jc w:val="center"/>
        </w:trPr>
        <w:tc>
          <w:tcPr>
            <w:tcW w:w="9071" w:type="dxa"/>
          </w:tcPr>
          <w:p w14:paraId="4F4FC396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4686F0B1" w14:textId="77777777">
        <w:trPr>
          <w:jc w:val="center"/>
        </w:trPr>
        <w:tc>
          <w:tcPr>
            <w:tcW w:w="9071" w:type="dxa"/>
          </w:tcPr>
          <w:p w14:paraId="5B7F87BB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1CC9563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4. Dane kontaktowe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6BF9417C" w14:textId="77777777">
        <w:trPr>
          <w:jc w:val="center"/>
        </w:trPr>
        <w:tc>
          <w:tcPr>
            <w:tcW w:w="9071" w:type="dxa"/>
          </w:tcPr>
          <w:p w14:paraId="608BBDB2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6CCF5C11" w14:textId="77777777">
        <w:trPr>
          <w:jc w:val="center"/>
        </w:trPr>
        <w:tc>
          <w:tcPr>
            <w:tcW w:w="9071" w:type="dxa"/>
          </w:tcPr>
          <w:p w14:paraId="54521A7F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A0BE186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5. Krótki opis przedsięwzięcia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431AC520" w14:textId="77777777">
        <w:trPr>
          <w:jc w:val="center"/>
        </w:trPr>
        <w:tc>
          <w:tcPr>
            <w:tcW w:w="9071" w:type="dxa"/>
          </w:tcPr>
          <w:p w14:paraId="64D7BA81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7AA125BF" w14:textId="77777777">
        <w:trPr>
          <w:jc w:val="center"/>
        </w:trPr>
        <w:tc>
          <w:tcPr>
            <w:tcW w:w="9071" w:type="dxa"/>
          </w:tcPr>
          <w:p w14:paraId="7509236E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0445B080" w14:textId="77777777">
        <w:trPr>
          <w:jc w:val="center"/>
        </w:trPr>
        <w:tc>
          <w:tcPr>
            <w:tcW w:w="9071" w:type="dxa"/>
          </w:tcPr>
          <w:p w14:paraId="13321B15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4F94CCD4" w14:textId="77777777">
        <w:trPr>
          <w:jc w:val="center"/>
        </w:trPr>
        <w:tc>
          <w:tcPr>
            <w:tcW w:w="9071" w:type="dxa"/>
          </w:tcPr>
          <w:p w14:paraId="0090D700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2313AE89" w14:textId="77777777">
        <w:trPr>
          <w:jc w:val="center"/>
        </w:trPr>
        <w:tc>
          <w:tcPr>
            <w:tcW w:w="9071" w:type="dxa"/>
          </w:tcPr>
          <w:p w14:paraId="1A82B2D7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51B7BBC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 xml:space="preserve">6. Uzasadnienie zgodności przedsięwzięcia z ideą i celami Funduszu „Seminarium </w:t>
      </w:r>
      <w:proofErr w:type="spellStart"/>
      <w:r w:rsidRPr="00F05F07">
        <w:rPr>
          <w:rFonts w:cs="Times New Roman"/>
          <w:b/>
          <w:sz w:val="24"/>
          <w:szCs w:val="24"/>
        </w:rPr>
        <w:t>TuuM</w:t>
      </w:r>
      <w:proofErr w:type="spellEnd"/>
      <w:r w:rsidRPr="00F05F07">
        <w:rPr>
          <w:rFonts w:cs="Times New Roman"/>
          <w:b/>
          <w:sz w:val="24"/>
          <w:szCs w:val="24"/>
        </w:rPr>
        <w:t>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627EE308" w14:textId="77777777">
        <w:trPr>
          <w:jc w:val="center"/>
        </w:trPr>
        <w:tc>
          <w:tcPr>
            <w:tcW w:w="9071" w:type="dxa"/>
          </w:tcPr>
          <w:p w14:paraId="4A66BD74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65A1E3CA" w14:textId="77777777">
        <w:trPr>
          <w:jc w:val="center"/>
        </w:trPr>
        <w:tc>
          <w:tcPr>
            <w:tcW w:w="9071" w:type="dxa"/>
          </w:tcPr>
          <w:p w14:paraId="38D88638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10985D06" w14:textId="77777777">
        <w:trPr>
          <w:jc w:val="center"/>
        </w:trPr>
        <w:tc>
          <w:tcPr>
            <w:tcW w:w="9071" w:type="dxa"/>
          </w:tcPr>
          <w:p w14:paraId="0EACA73C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5E8ED0BD" w14:textId="77777777">
        <w:trPr>
          <w:jc w:val="center"/>
        </w:trPr>
        <w:tc>
          <w:tcPr>
            <w:tcW w:w="9071" w:type="dxa"/>
          </w:tcPr>
          <w:p w14:paraId="403579CF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77E03788" w14:textId="77777777">
        <w:trPr>
          <w:jc w:val="center"/>
        </w:trPr>
        <w:tc>
          <w:tcPr>
            <w:tcW w:w="9071" w:type="dxa"/>
          </w:tcPr>
          <w:p w14:paraId="27EADAFF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956E2CE" w14:textId="77777777" w:rsidR="00F03EB7" w:rsidRDefault="00F03EB7">
      <w:pPr>
        <w:spacing w:before="100"/>
        <w:rPr>
          <w:rFonts w:cs="Times New Roman"/>
          <w:b/>
          <w:sz w:val="24"/>
          <w:szCs w:val="24"/>
        </w:rPr>
      </w:pPr>
    </w:p>
    <w:p w14:paraId="001BB945" w14:textId="77777777" w:rsidR="00401B6A" w:rsidRDefault="00401B6A">
      <w:pPr>
        <w:spacing w:before="100"/>
        <w:rPr>
          <w:rFonts w:cs="Times New Roman"/>
          <w:b/>
          <w:sz w:val="24"/>
          <w:szCs w:val="24"/>
        </w:rPr>
      </w:pPr>
    </w:p>
    <w:p w14:paraId="7036419C" w14:textId="77777777" w:rsidR="00401B6A" w:rsidRPr="00F05F07" w:rsidRDefault="00401B6A">
      <w:pPr>
        <w:spacing w:before="100"/>
        <w:rPr>
          <w:rFonts w:cs="Times New Roman"/>
          <w:b/>
          <w:sz w:val="24"/>
          <w:szCs w:val="24"/>
        </w:rPr>
      </w:pPr>
    </w:p>
    <w:p w14:paraId="6FBF66DF" w14:textId="3A8487B4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lastRenderedPageBreak/>
        <w:t>7. Termin i miejsce realizacji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02861A75" w14:textId="77777777">
        <w:trPr>
          <w:jc w:val="center"/>
        </w:trPr>
        <w:tc>
          <w:tcPr>
            <w:tcW w:w="9071" w:type="dxa"/>
          </w:tcPr>
          <w:p w14:paraId="1CDA6CA1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55AB5980" w14:textId="77777777">
        <w:trPr>
          <w:jc w:val="center"/>
        </w:trPr>
        <w:tc>
          <w:tcPr>
            <w:tcW w:w="9071" w:type="dxa"/>
          </w:tcPr>
          <w:p w14:paraId="6DB1B64B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99576D1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8. Uczestnicy / odbiorcy przedsięwzięcia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0E71B403" w14:textId="77777777">
        <w:trPr>
          <w:jc w:val="center"/>
        </w:trPr>
        <w:tc>
          <w:tcPr>
            <w:tcW w:w="9071" w:type="dxa"/>
          </w:tcPr>
          <w:p w14:paraId="65FBF84E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77D18D2E" w14:textId="77777777">
        <w:trPr>
          <w:jc w:val="center"/>
        </w:trPr>
        <w:tc>
          <w:tcPr>
            <w:tcW w:w="9071" w:type="dxa"/>
          </w:tcPr>
          <w:p w14:paraId="3B138B3E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61020A68" w14:textId="77777777">
        <w:trPr>
          <w:jc w:val="center"/>
        </w:trPr>
        <w:tc>
          <w:tcPr>
            <w:tcW w:w="9071" w:type="dxa"/>
          </w:tcPr>
          <w:p w14:paraId="3D221EBD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6561824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9. Zakładane rezultaty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34F9C234" w14:textId="77777777">
        <w:trPr>
          <w:jc w:val="center"/>
        </w:trPr>
        <w:tc>
          <w:tcPr>
            <w:tcW w:w="9071" w:type="dxa"/>
          </w:tcPr>
          <w:p w14:paraId="4FE8E72E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39B8DB9C" w14:textId="77777777">
        <w:trPr>
          <w:jc w:val="center"/>
        </w:trPr>
        <w:tc>
          <w:tcPr>
            <w:tcW w:w="9071" w:type="dxa"/>
          </w:tcPr>
          <w:p w14:paraId="6C9C0D58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0839FDF5" w14:textId="77777777">
        <w:trPr>
          <w:jc w:val="center"/>
        </w:trPr>
        <w:tc>
          <w:tcPr>
            <w:tcW w:w="9071" w:type="dxa"/>
          </w:tcPr>
          <w:p w14:paraId="03CDC638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587BBA3C" w14:textId="77777777">
        <w:trPr>
          <w:jc w:val="center"/>
        </w:trPr>
        <w:tc>
          <w:tcPr>
            <w:tcW w:w="9071" w:type="dxa"/>
          </w:tcPr>
          <w:p w14:paraId="33D0488B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DA4836A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10. Budżet przedsięwzięcia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2C241F3E" w14:textId="77777777">
        <w:trPr>
          <w:jc w:val="center"/>
        </w:trPr>
        <w:tc>
          <w:tcPr>
            <w:tcW w:w="9071" w:type="dxa"/>
          </w:tcPr>
          <w:p w14:paraId="4B523766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301088B5" w14:textId="77777777">
        <w:trPr>
          <w:jc w:val="center"/>
        </w:trPr>
        <w:tc>
          <w:tcPr>
            <w:tcW w:w="9071" w:type="dxa"/>
          </w:tcPr>
          <w:p w14:paraId="00CF698A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504709CC" w14:textId="77777777">
        <w:trPr>
          <w:jc w:val="center"/>
        </w:trPr>
        <w:tc>
          <w:tcPr>
            <w:tcW w:w="9071" w:type="dxa"/>
          </w:tcPr>
          <w:p w14:paraId="05595CBA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1E4B0492" w14:textId="77777777">
        <w:trPr>
          <w:jc w:val="center"/>
        </w:trPr>
        <w:tc>
          <w:tcPr>
            <w:tcW w:w="9071" w:type="dxa"/>
          </w:tcPr>
          <w:p w14:paraId="504FBE79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EFB1BFF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11. Wnioskowana kwota Grantu: 10 000,00 zł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0C373C17" w14:textId="77777777">
        <w:trPr>
          <w:jc w:val="center"/>
        </w:trPr>
        <w:tc>
          <w:tcPr>
            <w:tcW w:w="9071" w:type="dxa"/>
          </w:tcPr>
          <w:p w14:paraId="426DE000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798E1A66" w14:textId="77777777">
        <w:trPr>
          <w:jc w:val="center"/>
        </w:trPr>
        <w:tc>
          <w:tcPr>
            <w:tcW w:w="9071" w:type="dxa"/>
          </w:tcPr>
          <w:p w14:paraId="3E08FAE6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B97BAE2" w14:textId="77777777" w:rsidR="00A3254F" w:rsidRPr="00F05F07" w:rsidRDefault="00000000">
      <w:pPr>
        <w:spacing w:before="100"/>
        <w:rPr>
          <w:rFonts w:cs="Times New Roman"/>
          <w:sz w:val="24"/>
          <w:szCs w:val="24"/>
        </w:rPr>
      </w:pPr>
      <w:r w:rsidRPr="00F05F07">
        <w:rPr>
          <w:rFonts w:cs="Times New Roman"/>
          <w:b/>
          <w:sz w:val="24"/>
          <w:szCs w:val="24"/>
        </w:rPr>
        <w:t>12. Inne źródła finansowania (jeżeli dotyczy)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A3254F" w:rsidRPr="00F05F07" w14:paraId="1E19FBFC" w14:textId="77777777">
        <w:trPr>
          <w:jc w:val="center"/>
        </w:trPr>
        <w:tc>
          <w:tcPr>
            <w:tcW w:w="9071" w:type="dxa"/>
          </w:tcPr>
          <w:p w14:paraId="66E94571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12402925" w14:textId="77777777">
        <w:trPr>
          <w:jc w:val="center"/>
        </w:trPr>
        <w:tc>
          <w:tcPr>
            <w:tcW w:w="9071" w:type="dxa"/>
          </w:tcPr>
          <w:p w14:paraId="65E4B6A8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3254F" w:rsidRPr="00F05F07" w14:paraId="7078B6BB" w14:textId="77777777">
        <w:trPr>
          <w:jc w:val="center"/>
        </w:trPr>
        <w:tc>
          <w:tcPr>
            <w:tcW w:w="9071" w:type="dxa"/>
          </w:tcPr>
          <w:p w14:paraId="42772950" w14:textId="77777777" w:rsidR="00A3254F" w:rsidRPr="00F05F07" w:rsidRDefault="00A325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8E6D388" w14:textId="1A4DC720" w:rsidR="00F03EB7" w:rsidRPr="00F05F07" w:rsidRDefault="00000000" w:rsidP="00F34F78">
      <w:pPr>
        <w:jc w:val="both"/>
        <w:rPr>
          <w:rFonts w:cs="Times New Roman"/>
          <w:sz w:val="24"/>
          <w:szCs w:val="24"/>
        </w:rPr>
      </w:pPr>
      <w:r w:rsidRPr="00F05F07">
        <w:rPr>
          <w:rFonts w:cs="Times New Roman"/>
          <w:sz w:val="24"/>
          <w:szCs w:val="24"/>
        </w:rPr>
        <w:t>Oświadczam, że informacje przedstawione we wniosku są zgodne ze stanem faktycznym, a w przypadku przyznania Grantu zobowiązuję się do wykorzystania środków zgodnie z celem przedsięwzięcia oraz do jego rozliczenia na zasadach określonych w Regulaminie.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3969"/>
      </w:tblGrid>
      <w:tr w:rsidR="00A3254F" w:rsidRPr="00F05F07" w14:paraId="4D551E84" w14:textId="77777777">
        <w:trPr>
          <w:jc w:val="center"/>
        </w:trPr>
        <w:tc>
          <w:tcPr>
            <w:tcW w:w="3969" w:type="dxa"/>
          </w:tcPr>
          <w:p w14:paraId="43CC04B8" w14:textId="77777777" w:rsidR="00A3254F" w:rsidRPr="00F05F07" w:rsidRDefault="00000000">
            <w:pPr>
              <w:rPr>
                <w:rFonts w:cs="Times New Roman"/>
                <w:sz w:val="20"/>
                <w:szCs w:val="20"/>
              </w:rPr>
            </w:pPr>
            <w:r w:rsidRPr="00F05F07">
              <w:rPr>
                <w:rFonts w:cs="Times New Roman"/>
                <w:sz w:val="20"/>
                <w:szCs w:val="20"/>
              </w:rPr>
              <w:br/>
              <w:t>................................................</w:t>
            </w:r>
            <w:r w:rsidRPr="00F05F07">
              <w:rPr>
                <w:rFonts w:cs="Times New Roman"/>
                <w:sz w:val="20"/>
                <w:szCs w:val="20"/>
              </w:rPr>
              <w:br/>
              <w:t>(miejscowość, data)</w:t>
            </w:r>
          </w:p>
        </w:tc>
        <w:tc>
          <w:tcPr>
            <w:tcW w:w="3969" w:type="dxa"/>
          </w:tcPr>
          <w:p w14:paraId="04DDD586" w14:textId="77777777" w:rsidR="00A3254F" w:rsidRPr="00F05F07" w:rsidRDefault="00000000">
            <w:pPr>
              <w:rPr>
                <w:rFonts w:cs="Times New Roman"/>
                <w:sz w:val="20"/>
                <w:szCs w:val="20"/>
              </w:rPr>
            </w:pPr>
            <w:r w:rsidRPr="00F05F07">
              <w:rPr>
                <w:rFonts w:cs="Times New Roman"/>
                <w:sz w:val="20"/>
                <w:szCs w:val="20"/>
              </w:rPr>
              <w:br/>
              <w:t>................................................</w:t>
            </w:r>
            <w:r w:rsidRPr="00F05F07">
              <w:rPr>
                <w:rFonts w:cs="Times New Roman"/>
                <w:sz w:val="20"/>
                <w:szCs w:val="20"/>
              </w:rPr>
              <w:br/>
              <w:t>(podpis wnioskodawcy)</w:t>
            </w:r>
          </w:p>
        </w:tc>
      </w:tr>
    </w:tbl>
    <w:p w14:paraId="55808791" w14:textId="77777777" w:rsidR="003F0740" w:rsidRPr="00655E86" w:rsidRDefault="003F0740">
      <w:pPr>
        <w:rPr>
          <w:rFonts w:cs="Times New Roman"/>
          <w:sz w:val="24"/>
          <w:szCs w:val="24"/>
        </w:rPr>
      </w:pPr>
    </w:p>
    <w:sectPr w:rsidR="003F0740" w:rsidRPr="00655E86" w:rsidSect="00034616">
      <w:footerReference w:type="default" r:id="rId8"/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9A04C" w14:textId="77777777" w:rsidR="003535A4" w:rsidRPr="00F05F07" w:rsidRDefault="003535A4">
      <w:pPr>
        <w:spacing w:after="0" w:line="240" w:lineRule="auto"/>
      </w:pPr>
      <w:r w:rsidRPr="00F05F07">
        <w:separator/>
      </w:r>
    </w:p>
  </w:endnote>
  <w:endnote w:type="continuationSeparator" w:id="0">
    <w:p w14:paraId="18AA21FA" w14:textId="77777777" w:rsidR="003535A4" w:rsidRPr="00F05F07" w:rsidRDefault="003535A4">
      <w:pPr>
        <w:spacing w:after="0" w:line="240" w:lineRule="auto"/>
      </w:pPr>
      <w:r w:rsidRPr="00F05F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7A73" w14:textId="77777777" w:rsidR="00A3254F" w:rsidRPr="00F05F07" w:rsidRDefault="00000000">
    <w:pPr>
      <w:pStyle w:val="Stopka"/>
      <w:jc w:val="center"/>
    </w:pPr>
    <w:r w:rsidRPr="00F05F07">
      <w:rPr>
        <w:sz w:val="18"/>
      </w:rPr>
      <w:t xml:space="preserve">Fundacja Rozwoju Uniwersytetu Gdańskiego | „Seminarium </w:t>
    </w:r>
    <w:proofErr w:type="spellStart"/>
    <w:r w:rsidRPr="00F05F07">
      <w:rPr>
        <w:sz w:val="18"/>
      </w:rPr>
      <w:t>TuuM</w:t>
    </w:r>
    <w:proofErr w:type="spellEnd"/>
    <w:r w:rsidRPr="00F05F07">
      <w:rPr>
        <w:sz w:val="18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6F184" w14:textId="77777777" w:rsidR="003535A4" w:rsidRPr="00F05F07" w:rsidRDefault="003535A4">
      <w:pPr>
        <w:spacing w:after="0" w:line="240" w:lineRule="auto"/>
      </w:pPr>
      <w:r w:rsidRPr="00F05F07">
        <w:separator/>
      </w:r>
    </w:p>
  </w:footnote>
  <w:footnote w:type="continuationSeparator" w:id="0">
    <w:p w14:paraId="2AB1AEE9" w14:textId="77777777" w:rsidR="003535A4" w:rsidRPr="00F05F07" w:rsidRDefault="003535A4">
      <w:pPr>
        <w:spacing w:after="0" w:line="240" w:lineRule="auto"/>
      </w:pPr>
      <w:r w:rsidRPr="00F05F0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FF23C7"/>
    <w:multiLevelType w:val="hybridMultilevel"/>
    <w:tmpl w:val="551A2690"/>
    <w:lvl w:ilvl="0" w:tplc="FFFFFFFF">
      <w:start w:val="1"/>
      <w:numFmt w:val="decimal"/>
      <w:lvlText w:val="%1)"/>
      <w:lvlJc w:val="left"/>
      <w:pPr>
        <w:ind w:left="1202" w:hanging="360"/>
      </w:pPr>
    </w:lvl>
    <w:lvl w:ilvl="1" w:tplc="04150011">
      <w:start w:val="1"/>
      <w:numFmt w:val="decimal"/>
      <w:lvlText w:val="%2)"/>
      <w:lvlJc w:val="left"/>
      <w:pPr>
        <w:ind w:left="1922" w:hanging="360"/>
      </w:pPr>
    </w:lvl>
    <w:lvl w:ilvl="2" w:tplc="AE486D58">
      <w:start w:val="1"/>
      <w:numFmt w:val="decimal"/>
      <w:lvlText w:val="%3."/>
      <w:lvlJc w:val="left"/>
      <w:pPr>
        <w:ind w:left="282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62" w:hanging="360"/>
      </w:pPr>
    </w:lvl>
    <w:lvl w:ilvl="4" w:tplc="FFFFFFFF" w:tentative="1">
      <w:start w:val="1"/>
      <w:numFmt w:val="lowerLetter"/>
      <w:lvlText w:val="%5."/>
      <w:lvlJc w:val="left"/>
      <w:pPr>
        <w:ind w:left="4082" w:hanging="360"/>
      </w:pPr>
    </w:lvl>
    <w:lvl w:ilvl="5" w:tplc="FFFFFFFF" w:tentative="1">
      <w:start w:val="1"/>
      <w:numFmt w:val="lowerRoman"/>
      <w:lvlText w:val="%6."/>
      <w:lvlJc w:val="right"/>
      <w:pPr>
        <w:ind w:left="4802" w:hanging="180"/>
      </w:pPr>
    </w:lvl>
    <w:lvl w:ilvl="6" w:tplc="FFFFFFFF" w:tentative="1">
      <w:start w:val="1"/>
      <w:numFmt w:val="decimal"/>
      <w:lvlText w:val="%7."/>
      <w:lvlJc w:val="left"/>
      <w:pPr>
        <w:ind w:left="5522" w:hanging="360"/>
      </w:pPr>
    </w:lvl>
    <w:lvl w:ilvl="7" w:tplc="FFFFFFFF" w:tentative="1">
      <w:start w:val="1"/>
      <w:numFmt w:val="lowerLetter"/>
      <w:lvlText w:val="%8."/>
      <w:lvlJc w:val="left"/>
      <w:pPr>
        <w:ind w:left="6242" w:hanging="360"/>
      </w:pPr>
    </w:lvl>
    <w:lvl w:ilvl="8" w:tplc="FFFFFFFF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0" w15:restartNumberingAfterBreak="0">
    <w:nsid w:val="0A700D82"/>
    <w:multiLevelType w:val="hybridMultilevel"/>
    <w:tmpl w:val="CB0C0CD0"/>
    <w:lvl w:ilvl="0" w:tplc="0415000F">
      <w:start w:val="1"/>
      <w:numFmt w:val="decimal"/>
      <w:lvlText w:val="%1."/>
      <w:lvlJc w:val="left"/>
      <w:pPr>
        <w:ind w:left="782" w:hanging="360"/>
      </w:p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1" w15:restartNumberingAfterBreak="0">
    <w:nsid w:val="0C110A99"/>
    <w:multiLevelType w:val="hybridMultilevel"/>
    <w:tmpl w:val="23306280"/>
    <w:lvl w:ilvl="0" w:tplc="0415000F">
      <w:start w:val="1"/>
      <w:numFmt w:val="decimal"/>
      <w:lvlText w:val="%1."/>
      <w:lvlJc w:val="left"/>
      <w:pPr>
        <w:ind w:left="891" w:hanging="360"/>
      </w:pPr>
    </w:lvl>
    <w:lvl w:ilvl="1" w:tplc="27A415AA">
      <w:start w:val="1"/>
      <w:numFmt w:val="decimal"/>
      <w:lvlText w:val="%2)"/>
      <w:lvlJc w:val="left"/>
      <w:pPr>
        <w:ind w:left="1611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2" w15:restartNumberingAfterBreak="0">
    <w:nsid w:val="1D417E36"/>
    <w:multiLevelType w:val="hybridMultilevel"/>
    <w:tmpl w:val="5880C3A6"/>
    <w:lvl w:ilvl="0" w:tplc="04150011">
      <w:start w:val="1"/>
      <w:numFmt w:val="decimal"/>
      <w:lvlText w:val="%1)"/>
      <w:lvlJc w:val="left"/>
      <w:pPr>
        <w:ind w:left="1202" w:hanging="360"/>
      </w:pPr>
    </w:lvl>
    <w:lvl w:ilvl="1" w:tplc="04150019">
      <w:start w:val="1"/>
      <w:numFmt w:val="lowerLetter"/>
      <w:lvlText w:val="%2."/>
      <w:lvlJc w:val="left"/>
      <w:pPr>
        <w:ind w:left="1922" w:hanging="360"/>
      </w:pPr>
    </w:lvl>
    <w:lvl w:ilvl="2" w:tplc="0415001B" w:tentative="1">
      <w:start w:val="1"/>
      <w:numFmt w:val="lowerRoman"/>
      <w:lvlText w:val="%3."/>
      <w:lvlJc w:val="right"/>
      <w:pPr>
        <w:ind w:left="2642" w:hanging="180"/>
      </w:pPr>
    </w:lvl>
    <w:lvl w:ilvl="3" w:tplc="0415000F" w:tentative="1">
      <w:start w:val="1"/>
      <w:numFmt w:val="decimal"/>
      <w:lvlText w:val="%4."/>
      <w:lvlJc w:val="left"/>
      <w:pPr>
        <w:ind w:left="3362" w:hanging="360"/>
      </w:pPr>
    </w:lvl>
    <w:lvl w:ilvl="4" w:tplc="04150019" w:tentative="1">
      <w:start w:val="1"/>
      <w:numFmt w:val="lowerLetter"/>
      <w:lvlText w:val="%5."/>
      <w:lvlJc w:val="left"/>
      <w:pPr>
        <w:ind w:left="4082" w:hanging="360"/>
      </w:pPr>
    </w:lvl>
    <w:lvl w:ilvl="5" w:tplc="0415001B" w:tentative="1">
      <w:start w:val="1"/>
      <w:numFmt w:val="lowerRoman"/>
      <w:lvlText w:val="%6."/>
      <w:lvlJc w:val="right"/>
      <w:pPr>
        <w:ind w:left="4802" w:hanging="180"/>
      </w:pPr>
    </w:lvl>
    <w:lvl w:ilvl="6" w:tplc="0415000F" w:tentative="1">
      <w:start w:val="1"/>
      <w:numFmt w:val="decimal"/>
      <w:lvlText w:val="%7."/>
      <w:lvlJc w:val="left"/>
      <w:pPr>
        <w:ind w:left="5522" w:hanging="360"/>
      </w:pPr>
    </w:lvl>
    <w:lvl w:ilvl="7" w:tplc="04150019" w:tentative="1">
      <w:start w:val="1"/>
      <w:numFmt w:val="lowerLetter"/>
      <w:lvlText w:val="%8."/>
      <w:lvlJc w:val="left"/>
      <w:pPr>
        <w:ind w:left="6242" w:hanging="360"/>
      </w:pPr>
    </w:lvl>
    <w:lvl w:ilvl="8" w:tplc="0415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3" w15:restartNumberingAfterBreak="0">
    <w:nsid w:val="2467318E"/>
    <w:multiLevelType w:val="hybridMultilevel"/>
    <w:tmpl w:val="5C768DCE"/>
    <w:lvl w:ilvl="0" w:tplc="FFFFFFFF">
      <w:start w:val="1"/>
      <w:numFmt w:val="decimal"/>
      <w:lvlText w:val="%1)"/>
      <w:lvlJc w:val="left"/>
      <w:pPr>
        <w:ind w:left="1202" w:hanging="360"/>
      </w:pPr>
    </w:lvl>
    <w:lvl w:ilvl="1" w:tplc="04150011">
      <w:start w:val="1"/>
      <w:numFmt w:val="decimal"/>
      <w:lvlText w:val="%2)"/>
      <w:lvlJc w:val="left"/>
      <w:pPr>
        <w:ind w:left="1922" w:hanging="360"/>
      </w:pPr>
    </w:lvl>
    <w:lvl w:ilvl="2" w:tplc="FFFFFFFF" w:tentative="1">
      <w:start w:val="1"/>
      <w:numFmt w:val="lowerRoman"/>
      <w:lvlText w:val="%3."/>
      <w:lvlJc w:val="right"/>
      <w:pPr>
        <w:ind w:left="2642" w:hanging="180"/>
      </w:pPr>
    </w:lvl>
    <w:lvl w:ilvl="3" w:tplc="FFFFFFFF" w:tentative="1">
      <w:start w:val="1"/>
      <w:numFmt w:val="decimal"/>
      <w:lvlText w:val="%4."/>
      <w:lvlJc w:val="left"/>
      <w:pPr>
        <w:ind w:left="3362" w:hanging="360"/>
      </w:pPr>
    </w:lvl>
    <w:lvl w:ilvl="4" w:tplc="FFFFFFFF" w:tentative="1">
      <w:start w:val="1"/>
      <w:numFmt w:val="lowerLetter"/>
      <w:lvlText w:val="%5."/>
      <w:lvlJc w:val="left"/>
      <w:pPr>
        <w:ind w:left="4082" w:hanging="360"/>
      </w:pPr>
    </w:lvl>
    <w:lvl w:ilvl="5" w:tplc="FFFFFFFF" w:tentative="1">
      <w:start w:val="1"/>
      <w:numFmt w:val="lowerRoman"/>
      <w:lvlText w:val="%6."/>
      <w:lvlJc w:val="right"/>
      <w:pPr>
        <w:ind w:left="4802" w:hanging="180"/>
      </w:pPr>
    </w:lvl>
    <w:lvl w:ilvl="6" w:tplc="FFFFFFFF" w:tentative="1">
      <w:start w:val="1"/>
      <w:numFmt w:val="decimal"/>
      <w:lvlText w:val="%7."/>
      <w:lvlJc w:val="left"/>
      <w:pPr>
        <w:ind w:left="5522" w:hanging="360"/>
      </w:pPr>
    </w:lvl>
    <w:lvl w:ilvl="7" w:tplc="FFFFFFFF" w:tentative="1">
      <w:start w:val="1"/>
      <w:numFmt w:val="lowerLetter"/>
      <w:lvlText w:val="%8."/>
      <w:lvlJc w:val="left"/>
      <w:pPr>
        <w:ind w:left="6242" w:hanging="360"/>
      </w:pPr>
    </w:lvl>
    <w:lvl w:ilvl="8" w:tplc="FFFFFFFF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4" w15:restartNumberingAfterBreak="0">
    <w:nsid w:val="25F1481A"/>
    <w:multiLevelType w:val="hybridMultilevel"/>
    <w:tmpl w:val="B694F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158FB"/>
    <w:multiLevelType w:val="hybridMultilevel"/>
    <w:tmpl w:val="A93017CA"/>
    <w:lvl w:ilvl="0" w:tplc="04150011">
      <w:start w:val="1"/>
      <w:numFmt w:val="decimal"/>
      <w:lvlText w:val="%1)"/>
      <w:lvlJc w:val="left"/>
      <w:pPr>
        <w:ind w:left="1922" w:hanging="360"/>
      </w:pPr>
    </w:lvl>
    <w:lvl w:ilvl="1" w:tplc="EE865350">
      <w:start w:val="1"/>
      <w:numFmt w:val="decimal"/>
      <w:lvlText w:val="%2."/>
      <w:lvlJc w:val="left"/>
      <w:pPr>
        <w:ind w:left="264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362" w:hanging="180"/>
      </w:pPr>
    </w:lvl>
    <w:lvl w:ilvl="3" w:tplc="0415000F" w:tentative="1">
      <w:start w:val="1"/>
      <w:numFmt w:val="decimal"/>
      <w:lvlText w:val="%4."/>
      <w:lvlJc w:val="left"/>
      <w:pPr>
        <w:ind w:left="4082" w:hanging="360"/>
      </w:pPr>
    </w:lvl>
    <w:lvl w:ilvl="4" w:tplc="04150019" w:tentative="1">
      <w:start w:val="1"/>
      <w:numFmt w:val="lowerLetter"/>
      <w:lvlText w:val="%5."/>
      <w:lvlJc w:val="left"/>
      <w:pPr>
        <w:ind w:left="4802" w:hanging="360"/>
      </w:pPr>
    </w:lvl>
    <w:lvl w:ilvl="5" w:tplc="0415001B" w:tentative="1">
      <w:start w:val="1"/>
      <w:numFmt w:val="lowerRoman"/>
      <w:lvlText w:val="%6."/>
      <w:lvlJc w:val="right"/>
      <w:pPr>
        <w:ind w:left="5522" w:hanging="180"/>
      </w:pPr>
    </w:lvl>
    <w:lvl w:ilvl="6" w:tplc="0415000F" w:tentative="1">
      <w:start w:val="1"/>
      <w:numFmt w:val="decimal"/>
      <w:lvlText w:val="%7."/>
      <w:lvlJc w:val="left"/>
      <w:pPr>
        <w:ind w:left="6242" w:hanging="360"/>
      </w:pPr>
    </w:lvl>
    <w:lvl w:ilvl="7" w:tplc="04150019" w:tentative="1">
      <w:start w:val="1"/>
      <w:numFmt w:val="lowerLetter"/>
      <w:lvlText w:val="%8."/>
      <w:lvlJc w:val="left"/>
      <w:pPr>
        <w:ind w:left="6962" w:hanging="360"/>
      </w:pPr>
    </w:lvl>
    <w:lvl w:ilvl="8" w:tplc="0415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16" w15:restartNumberingAfterBreak="0">
    <w:nsid w:val="2BAC2AD7"/>
    <w:multiLevelType w:val="hybridMultilevel"/>
    <w:tmpl w:val="79F87F58"/>
    <w:lvl w:ilvl="0" w:tplc="0415000F">
      <w:start w:val="1"/>
      <w:numFmt w:val="decimal"/>
      <w:lvlText w:val="%1."/>
      <w:lvlJc w:val="left"/>
      <w:pPr>
        <w:ind w:left="891" w:hanging="360"/>
      </w:pPr>
    </w:lvl>
    <w:lvl w:ilvl="1" w:tplc="D0A02A5A">
      <w:numFmt w:val="bullet"/>
      <w:lvlText w:val=""/>
      <w:lvlJc w:val="left"/>
      <w:pPr>
        <w:ind w:left="1611" w:hanging="360"/>
      </w:pPr>
      <w:rPr>
        <w:rFonts w:ascii="Symbol" w:eastAsiaTheme="minorEastAsia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7" w15:restartNumberingAfterBreak="0">
    <w:nsid w:val="34333389"/>
    <w:multiLevelType w:val="hybridMultilevel"/>
    <w:tmpl w:val="08224898"/>
    <w:lvl w:ilvl="0" w:tplc="0415000F">
      <w:start w:val="1"/>
      <w:numFmt w:val="decimal"/>
      <w:lvlText w:val="%1."/>
      <w:lvlJc w:val="left"/>
      <w:pPr>
        <w:ind w:left="178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8" w15:restartNumberingAfterBreak="0">
    <w:nsid w:val="36104EAC"/>
    <w:multiLevelType w:val="hybridMultilevel"/>
    <w:tmpl w:val="B316CC4C"/>
    <w:lvl w:ilvl="0" w:tplc="04150011">
      <w:start w:val="1"/>
      <w:numFmt w:val="decimal"/>
      <w:lvlText w:val="%1)"/>
      <w:lvlJc w:val="left"/>
      <w:pPr>
        <w:ind w:left="1202" w:hanging="360"/>
      </w:pPr>
    </w:lvl>
    <w:lvl w:ilvl="1" w:tplc="04150019">
      <w:start w:val="1"/>
      <w:numFmt w:val="lowerLetter"/>
      <w:lvlText w:val="%2."/>
      <w:lvlJc w:val="left"/>
      <w:pPr>
        <w:ind w:left="1922" w:hanging="360"/>
      </w:pPr>
    </w:lvl>
    <w:lvl w:ilvl="2" w:tplc="0415001B" w:tentative="1">
      <w:start w:val="1"/>
      <w:numFmt w:val="lowerRoman"/>
      <w:lvlText w:val="%3."/>
      <w:lvlJc w:val="right"/>
      <w:pPr>
        <w:ind w:left="2642" w:hanging="180"/>
      </w:pPr>
    </w:lvl>
    <w:lvl w:ilvl="3" w:tplc="0415000F" w:tentative="1">
      <w:start w:val="1"/>
      <w:numFmt w:val="decimal"/>
      <w:lvlText w:val="%4."/>
      <w:lvlJc w:val="left"/>
      <w:pPr>
        <w:ind w:left="3362" w:hanging="360"/>
      </w:pPr>
    </w:lvl>
    <w:lvl w:ilvl="4" w:tplc="04150019" w:tentative="1">
      <w:start w:val="1"/>
      <w:numFmt w:val="lowerLetter"/>
      <w:lvlText w:val="%5."/>
      <w:lvlJc w:val="left"/>
      <w:pPr>
        <w:ind w:left="4082" w:hanging="360"/>
      </w:pPr>
    </w:lvl>
    <w:lvl w:ilvl="5" w:tplc="0415001B" w:tentative="1">
      <w:start w:val="1"/>
      <w:numFmt w:val="lowerRoman"/>
      <w:lvlText w:val="%6."/>
      <w:lvlJc w:val="right"/>
      <w:pPr>
        <w:ind w:left="4802" w:hanging="180"/>
      </w:pPr>
    </w:lvl>
    <w:lvl w:ilvl="6" w:tplc="0415000F" w:tentative="1">
      <w:start w:val="1"/>
      <w:numFmt w:val="decimal"/>
      <w:lvlText w:val="%7."/>
      <w:lvlJc w:val="left"/>
      <w:pPr>
        <w:ind w:left="5522" w:hanging="360"/>
      </w:pPr>
    </w:lvl>
    <w:lvl w:ilvl="7" w:tplc="04150019" w:tentative="1">
      <w:start w:val="1"/>
      <w:numFmt w:val="lowerLetter"/>
      <w:lvlText w:val="%8."/>
      <w:lvlJc w:val="left"/>
      <w:pPr>
        <w:ind w:left="6242" w:hanging="360"/>
      </w:pPr>
    </w:lvl>
    <w:lvl w:ilvl="8" w:tplc="0415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9" w15:restartNumberingAfterBreak="0">
    <w:nsid w:val="3765663C"/>
    <w:multiLevelType w:val="hybridMultilevel"/>
    <w:tmpl w:val="EE340678"/>
    <w:lvl w:ilvl="0" w:tplc="FFFFFFFF">
      <w:start w:val="1"/>
      <w:numFmt w:val="decimal"/>
      <w:lvlText w:val="%1)"/>
      <w:lvlJc w:val="left"/>
      <w:pPr>
        <w:ind w:left="1202" w:hanging="360"/>
      </w:pPr>
    </w:lvl>
    <w:lvl w:ilvl="1" w:tplc="04150011">
      <w:start w:val="1"/>
      <w:numFmt w:val="decimal"/>
      <w:lvlText w:val="%2)"/>
      <w:lvlJc w:val="left"/>
      <w:pPr>
        <w:ind w:left="1922" w:hanging="360"/>
      </w:pPr>
    </w:lvl>
    <w:lvl w:ilvl="2" w:tplc="734CC1FE">
      <w:start w:val="1"/>
      <w:numFmt w:val="decimal"/>
      <w:lvlText w:val="%3."/>
      <w:lvlJc w:val="left"/>
      <w:pPr>
        <w:ind w:left="282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62" w:hanging="360"/>
      </w:pPr>
    </w:lvl>
    <w:lvl w:ilvl="4" w:tplc="FFFFFFFF" w:tentative="1">
      <w:start w:val="1"/>
      <w:numFmt w:val="lowerLetter"/>
      <w:lvlText w:val="%5."/>
      <w:lvlJc w:val="left"/>
      <w:pPr>
        <w:ind w:left="4082" w:hanging="360"/>
      </w:pPr>
    </w:lvl>
    <w:lvl w:ilvl="5" w:tplc="FFFFFFFF" w:tentative="1">
      <w:start w:val="1"/>
      <w:numFmt w:val="lowerRoman"/>
      <w:lvlText w:val="%6."/>
      <w:lvlJc w:val="right"/>
      <w:pPr>
        <w:ind w:left="4802" w:hanging="180"/>
      </w:pPr>
    </w:lvl>
    <w:lvl w:ilvl="6" w:tplc="FFFFFFFF" w:tentative="1">
      <w:start w:val="1"/>
      <w:numFmt w:val="decimal"/>
      <w:lvlText w:val="%7."/>
      <w:lvlJc w:val="left"/>
      <w:pPr>
        <w:ind w:left="5522" w:hanging="360"/>
      </w:pPr>
    </w:lvl>
    <w:lvl w:ilvl="7" w:tplc="FFFFFFFF" w:tentative="1">
      <w:start w:val="1"/>
      <w:numFmt w:val="lowerLetter"/>
      <w:lvlText w:val="%8."/>
      <w:lvlJc w:val="left"/>
      <w:pPr>
        <w:ind w:left="6242" w:hanging="360"/>
      </w:pPr>
    </w:lvl>
    <w:lvl w:ilvl="8" w:tplc="FFFFFFFF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0" w15:restartNumberingAfterBreak="0">
    <w:nsid w:val="39F40F88"/>
    <w:multiLevelType w:val="hybridMultilevel"/>
    <w:tmpl w:val="23667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6326BC"/>
    <w:multiLevelType w:val="hybridMultilevel"/>
    <w:tmpl w:val="0FBCE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C68A9"/>
    <w:multiLevelType w:val="hybridMultilevel"/>
    <w:tmpl w:val="CD700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43383"/>
    <w:multiLevelType w:val="hybridMultilevel"/>
    <w:tmpl w:val="555869FC"/>
    <w:lvl w:ilvl="0" w:tplc="FFFFFFFF">
      <w:start w:val="1"/>
      <w:numFmt w:val="decimal"/>
      <w:lvlText w:val="%1)"/>
      <w:lvlJc w:val="left"/>
      <w:pPr>
        <w:ind w:left="1202" w:hanging="360"/>
      </w:pPr>
    </w:lvl>
    <w:lvl w:ilvl="1" w:tplc="04150011">
      <w:start w:val="1"/>
      <w:numFmt w:val="decimal"/>
      <w:lvlText w:val="%2)"/>
      <w:lvlJc w:val="left"/>
      <w:pPr>
        <w:ind w:left="1922" w:hanging="360"/>
      </w:pPr>
    </w:lvl>
    <w:lvl w:ilvl="2" w:tplc="81D4143C">
      <w:start w:val="1"/>
      <w:numFmt w:val="decimal"/>
      <w:lvlText w:val="%3."/>
      <w:lvlJc w:val="left"/>
      <w:pPr>
        <w:ind w:left="282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62" w:hanging="360"/>
      </w:pPr>
    </w:lvl>
    <w:lvl w:ilvl="4" w:tplc="FFFFFFFF" w:tentative="1">
      <w:start w:val="1"/>
      <w:numFmt w:val="lowerLetter"/>
      <w:lvlText w:val="%5."/>
      <w:lvlJc w:val="left"/>
      <w:pPr>
        <w:ind w:left="4082" w:hanging="360"/>
      </w:pPr>
    </w:lvl>
    <w:lvl w:ilvl="5" w:tplc="FFFFFFFF" w:tentative="1">
      <w:start w:val="1"/>
      <w:numFmt w:val="lowerRoman"/>
      <w:lvlText w:val="%6."/>
      <w:lvlJc w:val="right"/>
      <w:pPr>
        <w:ind w:left="4802" w:hanging="180"/>
      </w:pPr>
    </w:lvl>
    <w:lvl w:ilvl="6" w:tplc="FFFFFFFF" w:tentative="1">
      <w:start w:val="1"/>
      <w:numFmt w:val="decimal"/>
      <w:lvlText w:val="%7."/>
      <w:lvlJc w:val="left"/>
      <w:pPr>
        <w:ind w:left="5522" w:hanging="360"/>
      </w:pPr>
    </w:lvl>
    <w:lvl w:ilvl="7" w:tplc="FFFFFFFF" w:tentative="1">
      <w:start w:val="1"/>
      <w:numFmt w:val="lowerLetter"/>
      <w:lvlText w:val="%8."/>
      <w:lvlJc w:val="left"/>
      <w:pPr>
        <w:ind w:left="6242" w:hanging="360"/>
      </w:pPr>
    </w:lvl>
    <w:lvl w:ilvl="8" w:tplc="FFFFFFFF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4" w15:restartNumberingAfterBreak="0">
    <w:nsid w:val="5BF057F6"/>
    <w:multiLevelType w:val="hybridMultilevel"/>
    <w:tmpl w:val="A7D40574"/>
    <w:lvl w:ilvl="0" w:tplc="04150011">
      <w:start w:val="1"/>
      <w:numFmt w:val="decimal"/>
      <w:lvlText w:val="%1)"/>
      <w:lvlJc w:val="left"/>
      <w:pPr>
        <w:ind w:left="1202" w:hanging="360"/>
      </w:pPr>
    </w:lvl>
    <w:lvl w:ilvl="1" w:tplc="04150019">
      <w:start w:val="1"/>
      <w:numFmt w:val="lowerLetter"/>
      <w:lvlText w:val="%2."/>
      <w:lvlJc w:val="left"/>
      <w:pPr>
        <w:ind w:left="1922" w:hanging="360"/>
      </w:pPr>
    </w:lvl>
    <w:lvl w:ilvl="2" w:tplc="0415001B" w:tentative="1">
      <w:start w:val="1"/>
      <w:numFmt w:val="lowerRoman"/>
      <w:lvlText w:val="%3."/>
      <w:lvlJc w:val="right"/>
      <w:pPr>
        <w:ind w:left="2642" w:hanging="180"/>
      </w:pPr>
    </w:lvl>
    <w:lvl w:ilvl="3" w:tplc="0415000F" w:tentative="1">
      <w:start w:val="1"/>
      <w:numFmt w:val="decimal"/>
      <w:lvlText w:val="%4."/>
      <w:lvlJc w:val="left"/>
      <w:pPr>
        <w:ind w:left="3362" w:hanging="360"/>
      </w:pPr>
    </w:lvl>
    <w:lvl w:ilvl="4" w:tplc="04150019" w:tentative="1">
      <w:start w:val="1"/>
      <w:numFmt w:val="lowerLetter"/>
      <w:lvlText w:val="%5."/>
      <w:lvlJc w:val="left"/>
      <w:pPr>
        <w:ind w:left="4082" w:hanging="360"/>
      </w:pPr>
    </w:lvl>
    <w:lvl w:ilvl="5" w:tplc="0415001B" w:tentative="1">
      <w:start w:val="1"/>
      <w:numFmt w:val="lowerRoman"/>
      <w:lvlText w:val="%6."/>
      <w:lvlJc w:val="right"/>
      <w:pPr>
        <w:ind w:left="4802" w:hanging="180"/>
      </w:pPr>
    </w:lvl>
    <w:lvl w:ilvl="6" w:tplc="0415000F" w:tentative="1">
      <w:start w:val="1"/>
      <w:numFmt w:val="decimal"/>
      <w:lvlText w:val="%7."/>
      <w:lvlJc w:val="left"/>
      <w:pPr>
        <w:ind w:left="5522" w:hanging="360"/>
      </w:pPr>
    </w:lvl>
    <w:lvl w:ilvl="7" w:tplc="04150019" w:tentative="1">
      <w:start w:val="1"/>
      <w:numFmt w:val="lowerLetter"/>
      <w:lvlText w:val="%8."/>
      <w:lvlJc w:val="left"/>
      <w:pPr>
        <w:ind w:left="6242" w:hanging="360"/>
      </w:pPr>
    </w:lvl>
    <w:lvl w:ilvl="8" w:tplc="0415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5" w15:restartNumberingAfterBreak="0">
    <w:nsid w:val="704026ED"/>
    <w:multiLevelType w:val="hybridMultilevel"/>
    <w:tmpl w:val="AFF01D42"/>
    <w:lvl w:ilvl="0" w:tplc="0415000F">
      <w:start w:val="1"/>
      <w:numFmt w:val="decimal"/>
      <w:lvlText w:val="%1."/>
      <w:lvlJc w:val="left"/>
      <w:pPr>
        <w:ind w:left="891" w:hanging="360"/>
      </w:pPr>
    </w:lvl>
    <w:lvl w:ilvl="1" w:tplc="0415000F">
      <w:start w:val="1"/>
      <w:numFmt w:val="decimal"/>
      <w:lvlText w:val="%2."/>
      <w:lvlJc w:val="left"/>
      <w:pPr>
        <w:ind w:left="89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26" w15:restartNumberingAfterBreak="0">
    <w:nsid w:val="7B4D7B06"/>
    <w:multiLevelType w:val="hybridMultilevel"/>
    <w:tmpl w:val="DBCEF0BC"/>
    <w:lvl w:ilvl="0" w:tplc="04150011">
      <w:start w:val="1"/>
      <w:numFmt w:val="decimal"/>
      <w:lvlText w:val="%1)"/>
      <w:lvlJc w:val="left"/>
      <w:pPr>
        <w:ind w:left="1202" w:hanging="360"/>
      </w:pPr>
    </w:lvl>
    <w:lvl w:ilvl="1" w:tplc="04150019">
      <w:start w:val="1"/>
      <w:numFmt w:val="lowerLetter"/>
      <w:lvlText w:val="%2."/>
      <w:lvlJc w:val="left"/>
      <w:pPr>
        <w:ind w:left="1922" w:hanging="360"/>
      </w:pPr>
    </w:lvl>
    <w:lvl w:ilvl="2" w:tplc="0415001B" w:tentative="1">
      <w:start w:val="1"/>
      <w:numFmt w:val="lowerRoman"/>
      <w:lvlText w:val="%3."/>
      <w:lvlJc w:val="right"/>
      <w:pPr>
        <w:ind w:left="2642" w:hanging="180"/>
      </w:pPr>
    </w:lvl>
    <w:lvl w:ilvl="3" w:tplc="0415000F" w:tentative="1">
      <w:start w:val="1"/>
      <w:numFmt w:val="decimal"/>
      <w:lvlText w:val="%4."/>
      <w:lvlJc w:val="left"/>
      <w:pPr>
        <w:ind w:left="3362" w:hanging="360"/>
      </w:pPr>
    </w:lvl>
    <w:lvl w:ilvl="4" w:tplc="04150019" w:tentative="1">
      <w:start w:val="1"/>
      <w:numFmt w:val="lowerLetter"/>
      <w:lvlText w:val="%5."/>
      <w:lvlJc w:val="left"/>
      <w:pPr>
        <w:ind w:left="4082" w:hanging="360"/>
      </w:pPr>
    </w:lvl>
    <w:lvl w:ilvl="5" w:tplc="0415001B" w:tentative="1">
      <w:start w:val="1"/>
      <w:numFmt w:val="lowerRoman"/>
      <w:lvlText w:val="%6."/>
      <w:lvlJc w:val="right"/>
      <w:pPr>
        <w:ind w:left="4802" w:hanging="180"/>
      </w:pPr>
    </w:lvl>
    <w:lvl w:ilvl="6" w:tplc="0415000F" w:tentative="1">
      <w:start w:val="1"/>
      <w:numFmt w:val="decimal"/>
      <w:lvlText w:val="%7."/>
      <w:lvlJc w:val="left"/>
      <w:pPr>
        <w:ind w:left="5522" w:hanging="360"/>
      </w:pPr>
    </w:lvl>
    <w:lvl w:ilvl="7" w:tplc="04150019" w:tentative="1">
      <w:start w:val="1"/>
      <w:numFmt w:val="lowerLetter"/>
      <w:lvlText w:val="%8."/>
      <w:lvlJc w:val="left"/>
      <w:pPr>
        <w:ind w:left="6242" w:hanging="360"/>
      </w:pPr>
    </w:lvl>
    <w:lvl w:ilvl="8" w:tplc="0415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7" w15:restartNumberingAfterBreak="0">
    <w:nsid w:val="7F0B198F"/>
    <w:multiLevelType w:val="hybridMultilevel"/>
    <w:tmpl w:val="6CB616CA"/>
    <w:lvl w:ilvl="0" w:tplc="04150011">
      <w:start w:val="1"/>
      <w:numFmt w:val="decimal"/>
      <w:lvlText w:val="%1)"/>
      <w:lvlJc w:val="left"/>
      <w:pPr>
        <w:ind w:left="1202" w:hanging="360"/>
      </w:pPr>
    </w:lvl>
    <w:lvl w:ilvl="1" w:tplc="04150019">
      <w:start w:val="1"/>
      <w:numFmt w:val="lowerLetter"/>
      <w:lvlText w:val="%2."/>
      <w:lvlJc w:val="left"/>
      <w:pPr>
        <w:ind w:left="1922" w:hanging="360"/>
      </w:pPr>
    </w:lvl>
    <w:lvl w:ilvl="2" w:tplc="0415001B" w:tentative="1">
      <w:start w:val="1"/>
      <w:numFmt w:val="lowerRoman"/>
      <w:lvlText w:val="%3."/>
      <w:lvlJc w:val="right"/>
      <w:pPr>
        <w:ind w:left="2642" w:hanging="180"/>
      </w:pPr>
    </w:lvl>
    <w:lvl w:ilvl="3" w:tplc="0415000F" w:tentative="1">
      <w:start w:val="1"/>
      <w:numFmt w:val="decimal"/>
      <w:lvlText w:val="%4."/>
      <w:lvlJc w:val="left"/>
      <w:pPr>
        <w:ind w:left="3362" w:hanging="360"/>
      </w:pPr>
    </w:lvl>
    <w:lvl w:ilvl="4" w:tplc="04150019" w:tentative="1">
      <w:start w:val="1"/>
      <w:numFmt w:val="lowerLetter"/>
      <w:lvlText w:val="%5."/>
      <w:lvlJc w:val="left"/>
      <w:pPr>
        <w:ind w:left="4082" w:hanging="360"/>
      </w:pPr>
    </w:lvl>
    <w:lvl w:ilvl="5" w:tplc="0415001B" w:tentative="1">
      <w:start w:val="1"/>
      <w:numFmt w:val="lowerRoman"/>
      <w:lvlText w:val="%6."/>
      <w:lvlJc w:val="right"/>
      <w:pPr>
        <w:ind w:left="4802" w:hanging="180"/>
      </w:pPr>
    </w:lvl>
    <w:lvl w:ilvl="6" w:tplc="0415000F" w:tentative="1">
      <w:start w:val="1"/>
      <w:numFmt w:val="decimal"/>
      <w:lvlText w:val="%7."/>
      <w:lvlJc w:val="left"/>
      <w:pPr>
        <w:ind w:left="5522" w:hanging="360"/>
      </w:pPr>
    </w:lvl>
    <w:lvl w:ilvl="7" w:tplc="04150019" w:tentative="1">
      <w:start w:val="1"/>
      <w:numFmt w:val="lowerLetter"/>
      <w:lvlText w:val="%8."/>
      <w:lvlJc w:val="left"/>
      <w:pPr>
        <w:ind w:left="6242" w:hanging="360"/>
      </w:pPr>
    </w:lvl>
    <w:lvl w:ilvl="8" w:tplc="0415001B" w:tentative="1">
      <w:start w:val="1"/>
      <w:numFmt w:val="lowerRoman"/>
      <w:lvlText w:val="%9."/>
      <w:lvlJc w:val="right"/>
      <w:pPr>
        <w:ind w:left="6962" w:hanging="180"/>
      </w:pPr>
    </w:lvl>
  </w:abstractNum>
  <w:num w:numId="1" w16cid:durableId="1722442876">
    <w:abstractNumId w:val="8"/>
  </w:num>
  <w:num w:numId="2" w16cid:durableId="2025473656">
    <w:abstractNumId w:val="6"/>
  </w:num>
  <w:num w:numId="3" w16cid:durableId="1781604754">
    <w:abstractNumId w:val="5"/>
  </w:num>
  <w:num w:numId="4" w16cid:durableId="25565056">
    <w:abstractNumId w:val="4"/>
  </w:num>
  <w:num w:numId="5" w16cid:durableId="556673805">
    <w:abstractNumId w:val="7"/>
  </w:num>
  <w:num w:numId="6" w16cid:durableId="720206124">
    <w:abstractNumId w:val="3"/>
  </w:num>
  <w:num w:numId="7" w16cid:durableId="2103136585">
    <w:abstractNumId w:val="2"/>
  </w:num>
  <w:num w:numId="8" w16cid:durableId="1182545890">
    <w:abstractNumId w:val="1"/>
  </w:num>
  <w:num w:numId="9" w16cid:durableId="378019956">
    <w:abstractNumId w:val="0"/>
  </w:num>
  <w:num w:numId="10" w16cid:durableId="1646548728">
    <w:abstractNumId w:val="14"/>
  </w:num>
  <w:num w:numId="11" w16cid:durableId="628828363">
    <w:abstractNumId w:val="16"/>
  </w:num>
  <w:num w:numId="12" w16cid:durableId="1232230725">
    <w:abstractNumId w:val="25"/>
  </w:num>
  <w:num w:numId="13" w16cid:durableId="1576935349">
    <w:abstractNumId w:val="11"/>
  </w:num>
  <w:num w:numId="14" w16cid:durableId="596594761">
    <w:abstractNumId w:val="18"/>
  </w:num>
  <w:num w:numId="15" w16cid:durableId="1160727854">
    <w:abstractNumId w:val="9"/>
  </w:num>
  <w:num w:numId="16" w16cid:durableId="2005820693">
    <w:abstractNumId w:val="17"/>
  </w:num>
  <w:num w:numId="17" w16cid:durableId="869536118">
    <w:abstractNumId w:val="27"/>
  </w:num>
  <w:num w:numId="18" w16cid:durableId="1501575614">
    <w:abstractNumId w:val="23"/>
  </w:num>
  <w:num w:numId="19" w16cid:durableId="942767325">
    <w:abstractNumId w:val="26"/>
  </w:num>
  <w:num w:numId="20" w16cid:durableId="154804830">
    <w:abstractNumId w:val="15"/>
  </w:num>
  <w:num w:numId="21" w16cid:durableId="1878084803">
    <w:abstractNumId w:val="12"/>
  </w:num>
  <w:num w:numId="22" w16cid:durableId="1553689757">
    <w:abstractNumId w:val="19"/>
  </w:num>
  <w:num w:numId="23" w16cid:durableId="498038094">
    <w:abstractNumId w:val="21"/>
  </w:num>
  <w:num w:numId="24" w16cid:durableId="606087416">
    <w:abstractNumId w:val="24"/>
  </w:num>
  <w:num w:numId="25" w16cid:durableId="1152062399">
    <w:abstractNumId w:val="13"/>
  </w:num>
  <w:num w:numId="26" w16cid:durableId="1791824244">
    <w:abstractNumId w:val="22"/>
  </w:num>
  <w:num w:numId="27" w16cid:durableId="338124487">
    <w:abstractNumId w:val="20"/>
  </w:num>
  <w:num w:numId="28" w16cid:durableId="17332343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B4F"/>
    <w:rsid w:val="0006063C"/>
    <w:rsid w:val="000A4B56"/>
    <w:rsid w:val="000C4B00"/>
    <w:rsid w:val="001360F8"/>
    <w:rsid w:val="0015074B"/>
    <w:rsid w:val="001E3B13"/>
    <w:rsid w:val="0029639D"/>
    <w:rsid w:val="00326F90"/>
    <w:rsid w:val="003535A4"/>
    <w:rsid w:val="003F0740"/>
    <w:rsid w:val="00401B6A"/>
    <w:rsid w:val="004F1A2F"/>
    <w:rsid w:val="00655E86"/>
    <w:rsid w:val="00884A3D"/>
    <w:rsid w:val="00A3254F"/>
    <w:rsid w:val="00A40127"/>
    <w:rsid w:val="00AA1D8D"/>
    <w:rsid w:val="00AA34FE"/>
    <w:rsid w:val="00AC3D0A"/>
    <w:rsid w:val="00B47730"/>
    <w:rsid w:val="00BF2043"/>
    <w:rsid w:val="00CB0664"/>
    <w:rsid w:val="00EC3CF5"/>
    <w:rsid w:val="00F03EB7"/>
    <w:rsid w:val="00F05F07"/>
    <w:rsid w:val="00F34F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1103C"/>
  <w14:defaultImageDpi w14:val="300"/>
  <w15:docId w15:val="{4F3D45D7-DB5A-4256-A1CC-938BC6DE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Times New Roman" w:hAnsi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16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Marzena Chojnacka</cp:lastModifiedBy>
  <cp:revision>2</cp:revision>
  <dcterms:created xsi:type="dcterms:W3CDTF">2026-09-29T12:30:00Z</dcterms:created>
  <dcterms:modified xsi:type="dcterms:W3CDTF">2026-09-29T12:30:00Z</dcterms:modified>
  <cp:category/>
</cp:coreProperties>
</file>